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E9A" w:rsidRPr="00F11BA1" w:rsidRDefault="00811E9A" w:rsidP="00811E9A">
      <w:pPr>
        <w:spacing w:after="80"/>
        <w:jc w:val="center"/>
        <w:rPr>
          <w:rFonts w:ascii="Garamond" w:hAnsi="Garamond"/>
          <w:b/>
          <w:color w:val="1A365D"/>
        </w:rPr>
      </w:pPr>
    </w:p>
    <w:p w:rsidR="00811E9A" w:rsidRPr="00F11BA1" w:rsidRDefault="00811E9A" w:rsidP="00811E9A">
      <w:pPr>
        <w:spacing w:after="80"/>
        <w:jc w:val="center"/>
        <w:rPr>
          <w:rFonts w:ascii="Garamond" w:hAnsi="Garamond"/>
        </w:rPr>
      </w:pPr>
      <w:r w:rsidRPr="00F11BA1">
        <w:rPr>
          <w:rFonts w:ascii="Garamond" w:hAnsi="Garamond"/>
          <w:b/>
          <w:color w:val="1A365D"/>
        </w:rPr>
        <w:t>ISTANZA DI ASSEGNAZIONE POSTEGGIO</w:t>
      </w:r>
    </w:p>
    <w:p w:rsidR="00811E9A" w:rsidRPr="00F11BA1" w:rsidRDefault="00811E9A" w:rsidP="00811E9A">
      <w:pPr>
        <w:spacing w:after="80"/>
        <w:jc w:val="center"/>
        <w:rPr>
          <w:rFonts w:ascii="Garamond" w:hAnsi="Garamond"/>
        </w:rPr>
      </w:pPr>
      <w:r w:rsidRPr="00F11BA1">
        <w:rPr>
          <w:rFonts w:ascii="Garamond" w:hAnsi="Garamond"/>
          <w:color w:val="4A5568"/>
          <w:sz w:val="18"/>
        </w:rPr>
        <w:t xml:space="preserve">Bando </w:t>
      </w:r>
      <w:proofErr w:type="spellStart"/>
      <w:r w:rsidRPr="00F11BA1">
        <w:rPr>
          <w:rFonts w:ascii="Garamond" w:hAnsi="Garamond"/>
          <w:color w:val="4A5568"/>
          <w:sz w:val="18"/>
        </w:rPr>
        <w:t>pubblico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per la </w:t>
      </w:r>
      <w:proofErr w:type="spellStart"/>
      <w:r w:rsidRPr="00F11BA1">
        <w:rPr>
          <w:rFonts w:ascii="Garamond" w:hAnsi="Garamond"/>
          <w:color w:val="4A5568"/>
          <w:sz w:val="18"/>
        </w:rPr>
        <w:t>concessione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</w:t>
      </w:r>
      <w:proofErr w:type="spellStart"/>
      <w:r w:rsidRPr="00F11BA1">
        <w:rPr>
          <w:rFonts w:ascii="Garamond" w:hAnsi="Garamond"/>
          <w:color w:val="4A5568"/>
          <w:sz w:val="18"/>
        </w:rPr>
        <w:t>temporanea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di n. 1 </w:t>
      </w:r>
      <w:proofErr w:type="spellStart"/>
      <w:r w:rsidRPr="00F11BA1">
        <w:rPr>
          <w:rFonts w:ascii="Garamond" w:hAnsi="Garamond"/>
          <w:color w:val="4A5568"/>
          <w:sz w:val="18"/>
        </w:rPr>
        <w:t>posteggio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per </w:t>
      </w:r>
      <w:proofErr w:type="spellStart"/>
      <w:r w:rsidRPr="00F11BA1">
        <w:rPr>
          <w:rFonts w:ascii="Garamond" w:hAnsi="Garamond"/>
          <w:color w:val="4A5568"/>
          <w:sz w:val="18"/>
        </w:rPr>
        <w:t>l'attività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di </w:t>
      </w:r>
      <w:proofErr w:type="spellStart"/>
      <w:r w:rsidRPr="00F11BA1">
        <w:rPr>
          <w:rFonts w:ascii="Garamond" w:hAnsi="Garamond"/>
          <w:color w:val="4A5568"/>
          <w:sz w:val="18"/>
        </w:rPr>
        <w:t>somministrazione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di </w:t>
      </w:r>
      <w:proofErr w:type="spellStart"/>
      <w:r w:rsidRPr="00F11BA1">
        <w:rPr>
          <w:rFonts w:ascii="Garamond" w:hAnsi="Garamond"/>
          <w:color w:val="4A5568"/>
          <w:sz w:val="18"/>
        </w:rPr>
        <w:t>alimenti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e </w:t>
      </w:r>
      <w:proofErr w:type="spellStart"/>
      <w:r w:rsidRPr="00F11BA1">
        <w:rPr>
          <w:rFonts w:ascii="Garamond" w:hAnsi="Garamond"/>
          <w:color w:val="4A5568"/>
          <w:sz w:val="18"/>
        </w:rPr>
        <w:t>bevande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in </w:t>
      </w:r>
      <w:proofErr w:type="spellStart"/>
      <w:r w:rsidRPr="00F11BA1">
        <w:rPr>
          <w:rFonts w:ascii="Garamond" w:hAnsi="Garamond"/>
          <w:color w:val="4A5568"/>
          <w:sz w:val="18"/>
        </w:rPr>
        <w:t>occasione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</w:t>
      </w:r>
      <w:proofErr w:type="spellStart"/>
      <w:r w:rsidRPr="00F11BA1">
        <w:rPr>
          <w:rFonts w:ascii="Garamond" w:hAnsi="Garamond"/>
          <w:color w:val="4A5568"/>
          <w:sz w:val="18"/>
        </w:rPr>
        <w:t>della</w:t>
      </w:r>
      <w:proofErr w:type="spellEnd"/>
      <w:r w:rsidRPr="00F11BA1">
        <w:rPr>
          <w:rFonts w:ascii="Garamond" w:hAnsi="Garamond"/>
          <w:color w:val="4A5568"/>
          <w:sz w:val="18"/>
        </w:rPr>
        <w:t xml:space="preserve"> XX SAGRA DEL CONTADINO (18/09/2026 – 20/09/2026)</w:t>
      </w:r>
    </w:p>
    <w:p w:rsidR="00811E9A" w:rsidRPr="00F11BA1" w:rsidRDefault="00811E9A" w:rsidP="00811E9A">
      <w:pPr>
        <w:spacing w:after="240"/>
        <w:jc w:val="center"/>
        <w:rPr>
          <w:rFonts w:ascii="Garamond" w:hAnsi="Garamond"/>
          <w:b/>
          <w:sz w:val="19"/>
        </w:rPr>
      </w:pPr>
      <w:r w:rsidRPr="00F11BA1">
        <w:rPr>
          <w:rFonts w:ascii="Garamond" w:hAnsi="Garamond"/>
          <w:b/>
          <w:color w:val="C53030"/>
          <w:sz w:val="17"/>
        </w:rPr>
        <w:t>TERMINE PERENTORIO PRESENTAZIONE: ENTRO LE ORE 12:00 DEL GIORNO 04/09/2026</w:t>
      </w:r>
    </w:p>
    <w:p w:rsidR="00811E9A" w:rsidRPr="00F11BA1" w:rsidRDefault="00811E9A">
      <w:pPr>
        <w:spacing w:after="240"/>
        <w:jc w:val="right"/>
        <w:rPr>
          <w:rFonts w:ascii="Garamond" w:hAnsi="Garamond"/>
          <w:b/>
          <w:sz w:val="19"/>
        </w:rPr>
      </w:pPr>
    </w:p>
    <w:p w:rsidR="00CF4205" w:rsidRPr="00F11BA1" w:rsidRDefault="006F588A">
      <w:pPr>
        <w:spacing w:after="240"/>
        <w:jc w:val="right"/>
        <w:rPr>
          <w:rFonts w:ascii="Garamond" w:hAnsi="Garamond"/>
        </w:rPr>
      </w:pPr>
      <w:proofErr w:type="spellStart"/>
      <w:r w:rsidRPr="00F11BA1">
        <w:rPr>
          <w:rFonts w:ascii="Garamond" w:hAnsi="Garamond"/>
          <w:b/>
          <w:sz w:val="19"/>
        </w:rPr>
        <w:t>Spett.le</w:t>
      </w:r>
      <w:proofErr w:type="spellEnd"/>
      <w:r w:rsidRPr="00F11BA1">
        <w:rPr>
          <w:rFonts w:ascii="Garamond" w:hAnsi="Garamond"/>
          <w:b/>
          <w:sz w:val="19"/>
        </w:rPr>
        <w:t xml:space="preserve"> COMUNE DI MAIRANO</w:t>
      </w:r>
      <w:r w:rsidRPr="00F11BA1">
        <w:rPr>
          <w:rFonts w:ascii="Garamond" w:hAnsi="Garamond"/>
          <w:b/>
          <w:sz w:val="19"/>
        </w:rPr>
        <w:br/>
        <w:t>Area Servizi Amministrativi ed Economici</w:t>
      </w:r>
      <w:r w:rsidRPr="00F11BA1">
        <w:rPr>
          <w:rFonts w:ascii="Garamond" w:hAnsi="Garamond"/>
          <w:b/>
          <w:sz w:val="19"/>
        </w:rPr>
        <w:br/>
        <w:t>Da trasmettere esclusivamente via PEC a:</w:t>
      </w:r>
      <w:r w:rsidRPr="00F11BA1">
        <w:rPr>
          <w:rFonts w:ascii="Garamond" w:hAnsi="Garamond"/>
          <w:b/>
          <w:sz w:val="19"/>
        </w:rPr>
        <w:br/>
        <w:t>protocollo@pec.comune.mairano.bs.it</w:t>
      </w:r>
    </w:p>
    <w:p w:rsidR="00CF4205" w:rsidRPr="00F11BA1" w:rsidRDefault="00CF4205">
      <w:pPr>
        <w:spacing w:after="120"/>
        <w:rPr>
          <w:rFonts w:ascii="Garamond" w:hAnsi="Garamond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F4205" w:rsidRPr="00F11BA1">
        <w:trPr>
          <w:jc w:val="center"/>
        </w:trPr>
        <w:tc>
          <w:tcPr>
            <w:tcW w:w="9360" w:type="dxa"/>
            <w:shd w:val="clear" w:color="auto" w:fill="2B6CB0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F4205" w:rsidRPr="00F11BA1" w:rsidRDefault="006F588A">
            <w:pPr>
              <w:spacing w:after="0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color w:val="FFFFFF"/>
                <w:sz w:val="20"/>
              </w:rPr>
              <w:t>1. DATI ANAGRAFICI DEL RICHIEDENTE / LEGALE RAPPRESENTANTE</w:t>
            </w:r>
          </w:p>
        </w:tc>
      </w:tr>
    </w:tbl>
    <w:p w:rsidR="00CF4205" w:rsidRPr="00F11BA1" w:rsidRDefault="00CF4205">
      <w:pPr>
        <w:spacing w:after="80"/>
        <w:rPr>
          <w:rFonts w:ascii="Garamond" w:hAnsi="Garamond"/>
        </w:rPr>
      </w:pPr>
    </w:p>
    <w:p w:rsidR="00CF4205" w:rsidRPr="001B1413" w:rsidRDefault="006F588A" w:rsidP="00F11BA1">
      <w:pPr>
        <w:spacing w:after="160" w:line="312" w:lineRule="auto"/>
        <w:jc w:val="both"/>
        <w:rPr>
          <w:rFonts w:ascii="Garamond" w:hAnsi="Garamond"/>
        </w:rPr>
      </w:pPr>
      <w:r w:rsidRPr="001B1413">
        <w:rPr>
          <w:rFonts w:ascii="Garamond" w:hAnsi="Garamond"/>
        </w:rPr>
        <w:t>Il/La sottoscritto/a: .................................................................................... Cod. Fisc.: ........................................................</w:t>
      </w:r>
      <w:r w:rsidRPr="001B1413">
        <w:rPr>
          <w:rFonts w:ascii="Garamond" w:hAnsi="Garamond"/>
        </w:rPr>
        <w:br/>
        <w:t>Nato/a a: ............................................................ Prov. (____) il: ......................... Residente a: ....................................................</w:t>
      </w:r>
      <w:r w:rsidRPr="001B1413">
        <w:rPr>
          <w:rFonts w:ascii="Garamond" w:hAnsi="Garamond"/>
        </w:rPr>
        <w:br/>
        <w:t>Prov. (____) C.A.P.: .................... Via/Piazza: ................................................................................................ n.: ............</w:t>
      </w:r>
      <w:r w:rsidRPr="001B1413">
        <w:rPr>
          <w:rFonts w:ascii="Garamond" w:hAnsi="Garamond"/>
        </w:rPr>
        <w:br/>
        <w:t>Telefono/Cell: .................................................... E-mail: ................................................................................................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F4205" w:rsidRPr="00F11BA1">
        <w:trPr>
          <w:jc w:val="center"/>
        </w:trPr>
        <w:tc>
          <w:tcPr>
            <w:tcW w:w="9360" w:type="dxa"/>
            <w:shd w:val="clear" w:color="auto" w:fill="2B6CB0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F4205" w:rsidRPr="00F11BA1" w:rsidRDefault="006F588A">
            <w:pPr>
              <w:spacing w:after="0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color w:val="FFFFFF"/>
                <w:sz w:val="20"/>
              </w:rPr>
              <w:t>2. IN QUALITÀ DI (Selezionare la casella di interesse)</w:t>
            </w:r>
          </w:p>
        </w:tc>
      </w:tr>
    </w:tbl>
    <w:p w:rsidR="00CF4205" w:rsidRPr="00F11BA1" w:rsidRDefault="00CF4205">
      <w:pPr>
        <w:spacing w:after="80"/>
        <w:rPr>
          <w:rFonts w:ascii="Garamond" w:hAnsi="Garamond"/>
        </w:rPr>
      </w:pPr>
    </w:p>
    <w:p w:rsidR="001B1413" w:rsidRPr="00A51A7F" w:rsidRDefault="006F588A" w:rsidP="00F11BA1">
      <w:pPr>
        <w:spacing w:after="120" w:line="300" w:lineRule="auto"/>
        <w:jc w:val="both"/>
        <w:rPr>
          <w:rFonts w:ascii="Garamond" w:hAnsi="Garamond"/>
          <w:b/>
        </w:rPr>
      </w:pPr>
      <w:proofErr w:type="gramStart"/>
      <w:r w:rsidRPr="00A51A7F">
        <w:rPr>
          <w:rFonts w:ascii="Segoe UI Symbol" w:hAnsi="Segoe UI Symbol" w:cs="Segoe UI Symbol"/>
          <w:b/>
        </w:rPr>
        <w:t>☐</w:t>
      </w:r>
      <w:r w:rsidRPr="00A51A7F">
        <w:rPr>
          <w:rFonts w:ascii="Garamond" w:hAnsi="Garamond"/>
          <w:b/>
        </w:rPr>
        <w:t xml:space="preserve">  Titolare</w:t>
      </w:r>
      <w:proofErr w:type="gramEnd"/>
      <w:r w:rsidRPr="00A51A7F">
        <w:rPr>
          <w:rFonts w:ascii="Garamond" w:hAnsi="Garamond"/>
          <w:b/>
        </w:rPr>
        <w:t xml:space="preserve"> / </w:t>
      </w:r>
      <w:proofErr w:type="spellStart"/>
      <w:r w:rsidRPr="00A51A7F">
        <w:rPr>
          <w:rFonts w:ascii="Garamond" w:hAnsi="Garamond"/>
          <w:b/>
        </w:rPr>
        <w:t>Legale</w:t>
      </w:r>
      <w:proofErr w:type="spellEnd"/>
      <w:r w:rsidRPr="00A51A7F">
        <w:rPr>
          <w:rFonts w:ascii="Garamond" w:hAnsi="Garamond"/>
          <w:b/>
        </w:rPr>
        <w:t xml:space="preserve"> </w:t>
      </w:r>
      <w:proofErr w:type="spellStart"/>
      <w:r w:rsidRPr="00A51A7F">
        <w:rPr>
          <w:rFonts w:ascii="Garamond" w:hAnsi="Garamond"/>
          <w:b/>
        </w:rPr>
        <w:t>Rappresentante</w:t>
      </w:r>
      <w:proofErr w:type="spellEnd"/>
      <w:r w:rsidRPr="00A51A7F">
        <w:rPr>
          <w:rFonts w:ascii="Garamond" w:hAnsi="Garamond"/>
          <w:b/>
        </w:rPr>
        <w:t xml:space="preserve"> </w:t>
      </w:r>
      <w:proofErr w:type="spellStart"/>
      <w:r w:rsidRPr="00A51A7F">
        <w:rPr>
          <w:rFonts w:ascii="Garamond" w:hAnsi="Garamond"/>
          <w:b/>
        </w:rPr>
        <w:t>dell'Impresa</w:t>
      </w:r>
      <w:proofErr w:type="spellEnd"/>
      <w:r w:rsidRPr="00A51A7F">
        <w:rPr>
          <w:rFonts w:ascii="Garamond" w:hAnsi="Garamond"/>
          <w:b/>
        </w:rPr>
        <w:t xml:space="preserve"> </w:t>
      </w:r>
      <w:proofErr w:type="spellStart"/>
      <w:r w:rsidRPr="00A51A7F">
        <w:rPr>
          <w:rFonts w:ascii="Garamond" w:hAnsi="Garamond"/>
          <w:b/>
        </w:rPr>
        <w:t>individuale</w:t>
      </w:r>
      <w:proofErr w:type="spellEnd"/>
      <w:r w:rsidRPr="00A51A7F">
        <w:rPr>
          <w:rFonts w:ascii="Garamond" w:hAnsi="Garamond"/>
          <w:b/>
        </w:rPr>
        <w:t xml:space="preserve"> / </w:t>
      </w:r>
      <w:proofErr w:type="spellStart"/>
      <w:r w:rsidRPr="00A51A7F">
        <w:rPr>
          <w:rFonts w:ascii="Garamond" w:hAnsi="Garamond"/>
          <w:b/>
        </w:rPr>
        <w:t>Società</w:t>
      </w:r>
      <w:proofErr w:type="spellEnd"/>
      <w:r w:rsidRPr="00A51A7F">
        <w:rPr>
          <w:rFonts w:ascii="Garamond" w:hAnsi="Garamond"/>
          <w:b/>
        </w:rPr>
        <w:t>:</w:t>
      </w:r>
    </w:p>
    <w:p w:rsidR="001B1413" w:rsidRPr="00A51A7F" w:rsidRDefault="006F588A" w:rsidP="00F11BA1">
      <w:pPr>
        <w:spacing w:after="120" w:line="300" w:lineRule="auto"/>
        <w:jc w:val="both"/>
        <w:rPr>
          <w:rFonts w:ascii="Garamond" w:hAnsi="Garamond"/>
          <w:b/>
        </w:rPr>
      </w:pPr>
      <w:r w:rsidRPr="00A51A7F">
        <w:rPr>
          <w:rFonts w:ascii="Garamond" w:hAnsi="Garamond"/>
        </w:rPr>
        <w:t xml:space="preserve">     Denominazione/Rag. Soc.: .............................................................................................................................................</w:t>
      </w:r>
      <w:r w:rsidRPr="00A51A7F">
        <w:rPr>
          <w:rFonts w:ascii="Garamond" w:hAnsi="Garamond"/>
        </w:rPr>
        <w:br/>
        <w:t xml:space="preserve">     Sede Legale in: .......................................................................... Prov. (____) C.A.P.: .................... Codice Fiscale: ...........................</w:t>
      </w:r>
      <w:r w:rsidRPr="00A51A7F">
        <w:rPr>
          <w:rFonts w:ascii="Garamond" w:hAnsi="Garamond"/>
        </w:rPr>
        <w:br/>
        <w:t xml:space="preserve">     P. IVA: ....................................................... Iscritta al Reg. Imprese di: ...................................................... N. REA: .........................</w:t>
      </w:r>
      <w:r w:rsidRPr="00A51A7F">
        <w:rPr>
          <w:rFonts w:ascii="Garamond" w:hAnsi="Garamond"/>
        </w:rPr>
        <w:br/>
        <w:t xml:space="preserve">     Data iscrizione Reg. Imp.: ........................................... PEC (obbligatoria): ....................................................................................</w:t>
      </w:r>
      <w:r w:rsidRPr="00A51A7F">
        <w:rPr>
          <w:rFonts w:ascii="Garamond" w:hAnsi="Garamond"/>
        </w:rPr>
        <w:br/>
      </w:r>
      <w:r w:rsidRPr="00A51A7F">
        <w:rPr>
          <w:rFonts w:ascii="Segoe UI Symbol" w:hAnsi="Segoe UI Symbol" w:cs="Segoe UI Symbol"/>
          <w:b/>
        </w:rPr>
        <w:t>☐</w:t>
      </w:r>
      <w:r w:rsidRPr="00A51A7F">
        <w:rPr>
          <w:rFonts w:ascii="Garamond" w:hAnsi="Garamond"/>
          <w:b/>
        </w:rPr>
        <w:t xml:space="preserve">  Referente / Mandatario di </w:t>
      </w:r>
      <w:proofErr w:type="spellStart"/>
      <w:r w:rsidRPr="00A51A7F">
        <w:rPr>
          <w:rFonts w:ascii="Garamond" w:hAnsi="Garamond"/>
          <w:b/>
        </w:rPr>
        <w:t>Associazione</w:t>
      </w:r>
      <w:proofErr w:type="spellEnd"/>
      <w:r w:rsidRPr="00A51A7F">
        <w:rPr>
          <w:rFonts w:ascii="Garamond" w:hAnsi="Garamond"/>
          <w:b/>
        </w:rPr>
        <w:t xml:space="preserve"> </w:t>
      </w:r>
      <w:proofErr w:type="spellStart"/>
      <w:r w:rsidRPr="00A51A7F">
        <w:rPr>
          <w:rFonts w:ascii="Garamond" w:hAnsi="Garamond"/>
          <w:b/>
        </w:rPr>
        <w:t>Temporanea</w:t>
      </w:r>
      <w:proofErr w:type="spellEnd"/>
      <w:r w:rsidRPr="00A51A7F">
        <w:rPr>
          <w:rFonts w:ascii="Garamond" w:hAnsi="Garamond"/>
          <w:b/>
        </w:rPr>
        <w:t xml:space="preserve"> di </w:t>
      </w:r>
      <w:proofErr w:type="spellStart"/>
      <w:r w:rsidRPr="00A51A7F">
        <w:rPr>
          <w:rFonts w:ascii="Garamond" w:hAnsi="Garamond"/>
          <w:b/>
        </w:rPr>
        <w:t>Imprese</w:t>
      </w:r>
      <w:proofErr w:type="spellEnd"/>
      <w:r w:rsidRPr="00A51A7F">
        <w:rPr>
          <w:rFonts w:ascii="Garamond" w:hAnsi="Garamond"/>
          <w:b/>
        </w:rPr>
        <w:t xml:space="preserve"> / </w:t>
      </w:r>
      <w:proofErr w:type="spellStart"/>
      <w:r w:rsidRPr="00A51A7F">
        <w:rPr>
          <w:rFonts w:ascii="Garamond" w:hAnsi="Garamond"/>
          <w:b/>
        </w:rPr>
        <w:t>Raggruppamento</w:t>
      </w:r>
      <w:proofErr w:type="spellEnd"/>
      <w:r w:rsidRPr="00A51A7F">
        <w:rPr>
          <w:rFonts w:ascii="Garamond" w:hAnsi="Garamond"/>
          <w:b/>
        </w:rPr>
        <w:t xml:space="preserve"> </w:t>
      </w:r>
      <w:proofErr w:type="spellStart"/>
      <w:r w:rsidRPr="00A51A7F">
        <w:rPr>
          <w:rFonts w:ascii="Garamond" w:hAnsi="Garamond"/>
          <w:b/>
        </w:rPr>
        <w:t>Temporaneo</w:t>
      </w:r>
      <w:proofErr w:type="spellEnd"/>
      <w:r w:rsidRPr="00A51A7F">
        <w:rPr>
          <w:rFonts w:ascii="Garamond" w:hAnsi="Garamond"/>
          <w:b/>
        </w:rPr>
        <w:t>:</w:t>
      </w:r>
    </w:p>
    <w:p w:rsidR="00CF4205" w:rsidRPr="00A51A7F" w:rsidRDefault="006F588A" w:rsidP="00F11BA1">
      <w:pPr>
        <w:spacing w:after="120" w:line="300" w:lineRule="auto"/>
        <w:jc w:val="both"/>
        <w:rPr>
          <w:rFonts w:ascii="Garamond" w:hAnsi="Garamond"/>
        </w:rPr>
      </w:pPr>
      <w:r w:rsidRPr="00A51A7F">
        <w:rPr>
          <w:rFonts w:ascii="Garamond" w:hAnsi="Garamond"/>
          <w:i/>
        </w:rPr>
        <w:t xml:space="preserve">     Denominazione Raggruppamento / Associazione: ...................................................................................................................</w:t>
      </w:r>
      <w:r w:rsidRPr="00A51A7F">
        <w:rPr>
          <w:rFonts w:ascii="Garamond" w:hAnsi="Garamond"/>
          <w:i/>
        </w:rPr>
        <w:br/>
        <w:t xml:space="preserve">     (I soggetti mandanti e partecipanti devono essere tutti elencati con relativi dati anagrafici, fiscali e requisiti morali in un allegato integrativo firmato).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F4205" w:rsidRPr="00F11BA1">
        <w:trPr>
          <w:jc w:val="center"/>
        </w:trPr>
        <w:tc>
          <w:tcPr>
            <w:tcW w:w="9360" w:type="dxa"/>
            <w:shd w:val="clear" w:color="auto" w:fill="2B6CB0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F4205" w:rsidRPr="00F11BA1" w:rsidRDefault="006F588A">
            <w:pPr>
              <w:spacing w:after="0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color w:val="FFFFFF"/>
                <w:sz w:val="20"/>
              </w:rPr>
              <w:t>3. CHIEDE</w:t>
            </w:r>
          </w:p>
        </w:tc>
      </w:tr>
    </w:tbl>
    <w:p w:rsidR="00CF4205" w:rsidRPr="006D6D98" w:rsidRDefault="00CF4205" w:rsidP="006D6D98">
      <w:pPr>
        <w:spacing w:after="80"/>
        <w:jc w:val="both"/>
        <w:rPr>
          <w:rFonts w:ascii="Garamond" w:hAnsi="Garamond"/>
          <w:sz w:val="20"/>
          <w:szCs w:val="20"/>
        </w:rPr>
      </w:pPr>
    </w:p>
    <w:p w:rsidR="00CF4205" w:rsidRPr="00A51A7F" w:rsidRDefault="006F588A" w:rsidP="006D6D98">
      <w:pPr>
        <w:spacing w:after="160" w:line="288" w:lineRule="auto"/>
        <w:jc w:val="both"/>
        <w:rPr>
          <w:rFonts w:ascii="Garamond" w:hAnsi="Garamond"/>
        </w:rPr>
      </w:pPr>
      <w:r w:rsidRPr="00A51A7F">
        <w:rPr>
          <w:rFonts w:ascii="Garamond" w:hAnsi="Garamond"/>
        </w:rPr>
        <w:t xml:space="preserve">Di essere ammesso/a alla procedura di selezione pubblica per l'assegnazione in concessione temporanea di n. 1 posteggio nell'area pubblica comunale antistante il magazzino accessibile da Via Cesare Battisti / Via Giuseppe Zanardelli, per lo svolgimento esclusivo dell'attività di preparazione e somministrazione al pubblico di alimenti e </w:t>
      </w:r>
      <w:proofErr w:type="spellStart"/>
      <w:r w:rsidRPr="00A51A7F">
        <w:rPr>
          <w:rFonts w:ascii="Garamond" w:hAnsi="Garamond"/>
        </w:rPr>
        <w:t>bevande</w:t>
      </w:r>
      <w:proofErr w:type="spellEnd"/>
      <w:r w:rsidRPr="00A51A7F">
        <w:rPr>
          <w:rFonts w:ascii="Garamond" w:hAnsi="Garamond"/>
        </w:rPr>
        <w:t xml:space="preserve"> </w:t>
      </w:r>
      <w:proofErr w:type="spellStart"/>
      <w:r w:rsidRPr="00A51A7F">
        <w:rPr>
          <w:rFonts w:ascii="Garamond" w:hAnsi="Garamond"/>
        </w:rPr>
        <w:t>nell'ambito</w:t>
      </w:r>
      <w:proofErr w:type="spellEnd"/>
      <w:r w:rsidRPr="00A51A7F">
        <w:rPr>
          <w:rFonts w:ascii="Garamond" w:hAnsi="Garamond"/>
        </w:rPr>
        <w:t xml:space="preserve"> </w:t>
      </w:r>
      <w:proofErr w:type="spellStart"/>
      <w:r w:rsidRPr="00A51A7F">
        <w:rPr>
          <w:rFonts w:ascii="Garamond" w:hAnsi="Garamond"/>
        </w:rPr>
        <w:t>della</w:t>
      </w:r>
      <w:proofErr w:type="spellEnd"/>
      <w:r w:rsidRPr="00A51A7F">
        <w:rPr>
          <w:rFonts w:ascii="Garamond" w:hAnsi="Garamond"/>
        </w:rPr>
        <w:t xml:space="preserve"> </w:t>
      </w:r>
      <w:proofErr w:type="spellStart"/>
      <w:r w:rsidRPr="00A51A7F">
        <w:rPr>
          <w:rFonts w:ascii="Garamond" w:hAnsi="Garamond"/>
        </w:rPr>
        <w:t>manifestazione</w:t>
      </w:r>
      <w:proofErr w:type="spellEnd"/>
      <w:r w:rsidRPr="00A51A7F">
        <w:rPr>
          <w:rFonts w:ascii="Garamond" w:hAnsi="Garamond"/>
        </w:rPr>
        <w:t xml:space="preserve"> </w:t>
      </w:r>
      <w:r w:rsidRPr="00A51A7F">
        <w:rPr>
          <w:rFonts w:ascii="Garamond" w:hAnsi="Garamond"/>
          <w:b/>
        </w:rPr>
        <w:t xml:space="preserve">"XX </w:t>
      </w:r>
      <w:proofErr w:type="spellStart"/>
      <w:r w:rsidR="00573F3D">
        <w:rPr>
          <w:rFonts w:ascii="Garamond" w:hAnsi="Garamond"/>
          <w:b/>
        </w:rPr>
        <w:t>edizione</w:t>
      </w:r>
      <w:proofErr w:type="spellEnd"/>
      <w:r w:rsidR="00573F3D">
        <w:rPr>
          <w:rFonts w:ascii="Garamond" w:hAnsi="Garamond"/>
          <w:b/>
        </w:rPr>
        <w:t xml:space="preserve"> </w:t>
      </w:r>
      <w:proofErr w:type="spellStart"/>
      <w:r w:rsidRPr="00A51A7F">
        <w:rPr>
          <w:rFonts w:ascii="Garamond" w:hAnsi="Garamond"/>
          <w:b/>
        </w:rPr>
        <w:t>Sagra</w:t>
      </w:r>
      <w:proofErr w:type="spellEnd"/>
      <w:r w:rsidRPr="00A51A7F">
        <w:rPr>
          <w:rFonts w:ascii="Garamond" w:hAnsi="Garamond"/>
          <w:b/>
        </w:rPr>
        <w:t xml:space="preserve"> del </w:t>
      </w:r>
      <w:proofErr w:type="spellStart"/>
      <w:r w:rsidRPr="00A51A7F">
        <w:rPr>
          <w:rFonts w:ascii="Garamond" w:hAnsi="Garamond"/>
          <w:b/>
        </w:rPr>
        <w:t>Contadino</w:t>
      </w:r>
      <w:proofErr w:type="spellEnd"/>
      <w:r w:rsidRPr="00A51A7F">
        <w:rPr>
          <w:rFonts w:ascii="Garamond" w:hAnsi="Garamond"/>
          <w:b/>
        </w:rPr>
        <w:t>"</w:t>
      </w:r>
      <w:r w:rsidRPr="00A51A7F">
        <w:rPr>
          <w:rFonts w:ascii="Garamond" w:hAnsi="Garamond"/>
        </w:rPr>
        <w:t xml:space="preserve"> dal 18/09/2026 al 20/09/2026 (orario: dalle ore 08:00 del 18/09/2026 alle ore 24:00 del 20/09/2026).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F4205" w:rsidRPr="00F11BA1">
        <w:trPr>
          <w:jc w:val="center"/>
        </w:trPr>
        <w:tc>
          <w:tcPr>
            <w:tcW w:w="9360" w:type="dxa"/>
            <w:shd w:val="clear" w:color="auto" w:fill="2B6CB0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F4205" w:rsidRPr="00F11BA1" w:rsidRDefault="006F588A">
            <w:pPr>
              <w:spacing w:after="0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color w:val="FFFFFF"/>
                <w:sz w:val="20"/>
              </w:rPr>
              <w:lastRenderedPageBreak/>
              <w:t>4. DICHIARAZIONI SOSTITUTIVE (Art. 46 e 47 D.P.R. 445/2000)</w:t>
            </w:r>
          </w:p>
        </w:tc>
      </w:tr>
    </w:tbl>
    <w:p w:rsidR="00CF4205" w:rsidRPr="008938FA" w:rsidRDefault="00CF4205">
      <w:pPr>
        <w:spacing w:after="80"/>
        <w:rPr>
          <w:rFonts w:ascii="Garamond" w:hAnsi="Garamond"/>
          <w:sz w:val="20"/>
          <w:szCs w:val="20"/>
        </w:rPr>
      </w:pPr>
    </w:p>
    <w:p w:rsidR="008938FA" w:rsidRDefault="006F588A">
      <w:pPr>
        <w:spacing w:after="120" w:line="288" w:lineRule="auto"/>
        <w:jc w:val="both"/>
        <w:rPr>
          <w:rFonts w:ascii="Garamond" w:hAnsi="Garamond"/>
        </w:rPr>
      </w:pPr>
      <w:r w:rsidRPr="00BA1683">
        <w:rPr>
          <w:rFonts w:ascii="Garamond" w:hAnsi="Garamond"/>
        </w:rPr>
        <w:t xml:space="preserve">Consapevole delle sanzioni penali previste dall'art. 76 del D.P.R. 28/12/2000 n. 445 per le ipotesi di falsità in atti e dichiarazioni mendaci, e della decadenza dai benefici eventualmente conseguiti (art. 75 D.P.R. 445/2000), </w:t>
      </w:r>
      <w:proofErr w:type="spellStart"/>
      <w:r w:rsidRPr="00BA1683">
        <w:rPr>
          <w:rFonts w:ascii="Garamond" w:hAnsi="Garamond"/>
        </w:rPr>
        <w:t>il</w:t>
      </w:r>
      <w:proofErr w:type="spellEnd"/>
      <w:r w:rsidRPr="00BA1683">
        <w:rPr>
          <w:rFonts w:ascii="Garamond" w:hAnsi="Garamond"/>
        </w:rPr>
        <w:t xml:space="preserve">/la </w:t>
      </w:r>
      <w:proofErr w:type="spellStart"/>
      <w:r w:rsidRPr="00BA1683">
        <w:rPr>
          <w:rFonts w:ascii="Garamond" w:hAnsi="Garamond"/>
        </w:rPr>
        <w:t>sottoscritto</w:t>
      </w:r>
      <w:proofErr w:type="spellEnd"/>
      <w:r w:rsidRPr="00BA1683">
        <w:rPr>
          <w:rFonts w:ascii="Garamond" w:hAnsi="Garamond"/>
        </w:rPr>
        <w:t>/a DICHIARA SOTTO LA PROPRIA RESPONSABILITÀ:</w:t>
      </w:r>
    </w:p>
    <w:p w:rsidR="009A49F5" w:rsidRDefault="009A49F5">
      <w:pPr>
        <w:spacing w:after="120" w:line="288" w:lineRule="auto"/>
        <w:jc w:val="both"/>
        <w:rPr>
          <w:rFonts w:ascii="Garamond" w:hAnsi="Garamond"/>
        </w:rPr>
      </w:pPr>
      <w:r w:rsidRPr="00A6079D">
        <w:rPr>
          <w:rFonts w:ascii="Garamond" w:hAnsi="Garamond"/>
          <w:highlight w:val="yellow"/>
        </w:rPr>
        <w:t>(</w:t>
      </w:r>
      <w:proofErr w:type="spellStart"/>
      <w:r w:rsidRPr="00A6079D">
        <w:rPr>
          <w:rFonts w:ascii="Garamond" w:hAnsi="Garamond"/>
          <w:highlight w:val="yellow"/>
        </w:rPr>
        <w:t>spuntare</w:t>
      </w:r>
      <w:proofErr w:type="spellEnd"/>
      <w:r w:rsidRPr="00A6079D">
        <w:rPr>
          <w:rFonts w:ascii="Garamond" w:hAnsi="Garamond"/>
          <w:highlight w:val="yellow"/>
        </w:rPr>
        <w:t xml:space="preserve"> e </w:t>
      </w:r>
      <w:proofErr w:type="spellStart"/>
      <w:r w:rsidRPr="00A6079D">
        <w:rPr>
          <w:rFonts w:ascii="Garamond" w:hAnsi="Garamond"/>
          <w:highlight w:val="yellow"/>
        </w:rPr>
        <w:t>compilare</w:t>
      </w:r>
      <w:proofErr w:type="spellEnd"/>
      <w:r w:rsidRPr="00A6079D">
        <w:rPr>
          <w:rFonts w:ascii="Garamond" w:hAnsi="Garamond"/>
          <w:highlight w:val="yellow"/>
        </w:rPr>
        <w:t xml:space="preserve"> le </w:t>
      </w:r>
      <w:proofErr w:type="spellStart"/>
      <w:r w:rsidRPr="00A6079D">
        <w:rPr>
          <w:rFonts w:ascii="Garamond" w:hAnsi="Garamond"/>
          <w:highlight w:val="yellow"/>
        </w:rPr>
        <w:t>voci</w:t>
      </w:r>
      <w:proofErr w:type="spellEnd"/>
      <w:r w:rsidRPr="00A6079D">
        <w:rPr>
          <w:rFonts w:ascii="Garamond" w:hAnsi="Garamond"/>
          <w:highlight w:val="yellow"/>
        </w:rPr>
        <w:t>)</w:t>
      </w:r>
    </w:p>
    <w:p w:rsidR="00F11BA1" w:rsidRPr="00BA1683" w:rsidRDefault="00F11BA1">
      <w:pPr>
        <w:spacing w:after="120" w:line="288" w:lineRule="auto"/>
        <w:jc w:val="both"/>
        <w:rPr>
          <w:rFonts w:ascii="Garamond" w:hAnsi="Garamond"/>
          <w:b/>
        </w:rPr>
      </w:pPr>
      <w:proofErr w:type="gramStart"/>
      <w:r w:rsidRPr="00BA1683">
        <w:rPr>
          <w:rFonts w:ascii="Garamond" w:hAnsi="Garamond"/>
          <w:b/>
        </w:rPr>
        <w:t>A)</w:t>
      </w:r>
      <w:proofErr w:type="spellStart"/>
      <w:r w:rsidRPr="00BA1683">
        <w:rPr>
          <w:rFonts w:ascii="Garamond" w:hAnsi="Garamond"/>
          <w:b/>
        </w:rPr>
        <w:t>Titolo</w:t>
      </w:r>
      <w:proofErr w:type="spellEnd"/>
      <w:proofErr w:type="gramEnd"/>
      <w:r w:rsidRPr="00BA1683">
        <w:rPr>
          <w:rFonts w:ascii="Garamond" w:hAnsi="Garamond"/>
          <w:b/>
        </w:rPr>
        <w:t xml:space="preserve"> </w:t>
      </w:r>
      <w:proofErr w:type="spellStart"/>
      <w:r w:rsidR="006F588A" w:rsidRPr="00BA1683">
        <w:rPr>
          <w:rFonts w:ascii="Garamond" w:hAnsi="Garamond"/>
          <w:b/>
        </w:rPr>
        <w:t>Abilitativo</w:t>
      </w:r>
      <w:proofErr w:type="spellEnd"/>
      <w:r w:rsidR="006F588A" w:rsidRPr="00BA1683">
        <w:rPr>
          <w:rFonts w:ascii="Garamond" w:hAnsi="Garamond"/>
          <w:b/>
        </w:rPr>
        <w:t xml:space="preserve"> / </w:t>
      </w:r>
      <w:proofErr w:type="spellStart"/>
      <w:r w:rsidR="006F588A" w:rsidRPr="00BA1683">
        <w:rPr>
          <w:rFonts w:ascii="Garamond" w:hAnsi="Garamond"/>
          <w:b/>
        </w:rPr>
        <w:t>Autorizzazione</w:t>
      </w:r>
      <w:proofErr w:type="spellEnd"/>
      <w:r w:rsidR="006F588A" w:rsidRPr="00BA1683">
        <w:rPr>
          <w:rFonts w:ascii="Garamond" w:hAnsi="Garamond"/>
          <w:b/>
        </w:rPr>
        <w:t xml:space="preserve"> </w:t>
      </w:r>
      <w:proofErr w:type="spellStart"/>
      <w:r w:rsidR="006F588A" w:rsidRPr="00BA1683">
        <w:rPr>
          <w:rFonts w:ascii="Garamond" w:hAnsi="Garamond"/>
          <w:b/>
        </w:rPr>
        <w:t>Professionale</w:t>
      </w:r>
      <w:proofErr w:type="spellEnd"/>
      <w:r w:rsidR="006F588A" w:rsidRPr="00BA1683">
        <w:rPr>
          <w:rFonts w:ascii="Garamond" w:hAnsi="Garamond"/>
          <w:b/>
        </w:rPr>
        <w:t>:</w:t>
      </w:r>
    </w:p>
    <w:p w:rsidR="00F11BA1" w:rsidRPr="00BA1683" w:rsidRDefault="006F588A">
      <w:pPr>
        <w:spacing w:after="120" w:line="288" w:lineRule="auto"/>
        <w:jc w:val="both"/>
        <w:rPr>
          <w:rFonts w:ascii="Garamond" w:hAnsi="Garamond"/>
          <w:b/>
        </w:rPr>
      </w:pPr>
      <w:r w:rsidRPr="00BA1683">
        <w:rPr>
          <w:rFonts w:ascii="Segoe UI Symbol" w:hAnsi="Segoe UI Symbol" w:cs="Segoe UI Symbol"/>
        </w:rPr>
        <w:t>☐</w:t>
      </w:r>
      <w:r w:rsidRPr="00BA1683">
        <w:rPr>
          <w:rFonts w:ascii="Garamond" w:hAnsi="Garamond"/>
        </w:rPr>
        <w:t xml:space="preserve"> Di </w:t>
      </w:r>
      <w:proofErr w:type="spellStart"/>
      <w:r w:rsidRPr="00BA1683">
        <w:rPr>
          <w:rFonts w:ascii="Garamond" w:hAnsi="Garamond"/>
        </w:rPr>
        <w:t>essere</w:t>
      </w:r>
      <w:proofErr w:type="spellEnd"/>
      <w:r w:rsidRPr="00BA1683">
        <w:rPr>
          <w:rFonts w:ascii="Garamond" w:hAnsi="Garamond"/>
        </w:rPr>
        <w:t xml:space="preserve"> in </w:t>
      </w:r>
      <w:proofErr w:type="spellStart"/>
      <w:r w:rsidRPr="00BA1683">
        <w:rPr>
          <w:rFonts w:ascii="Garamond" w:hAnsi="Garamond"/>
        </w:rPr>
        <w:t>possesso</w:t>
      </w:r>
      <w:proofErr w:type="spellEnd"/>
      <w:r w:rsidRPr="00BA1683">
        <w:rPr>
          <w:rFonts w:ascii="Garamond" w:hAnsi="Garamond"/>
        </w:rPr>
        <w:t xml:space="preserve"> di valida autorizzazione / titolo abilitativo per l'attività di somministrazione di alimenti e bevande (SCIA / Autorizzazione n. .............................. del .............................. rilasciata dal Comune di ....................................................).</w:t>
      </w:r>
      <w:r w:rsidRPr="00BA1683">
        <w:rPr>
          <w:rFonts w:ascii="Garamond" w:hAnsi="Garamond"/>
        </w:rPr>
        <w:br/>
      </w:r>
      <w:r w:rsidRPr="00BA1683">
        <w:rPr>
          <w:rFonts w:ascii="Garamond" w:hAnsi="Garamond"/>
        </w:rPr>
        <w:br/>
      </w:r>
      <w:r w:rsidRPr="00BA1683">
        <w:rPr>
          <w:rFonts w:ascii="Garamond" w:hAnsi="Garamond"/>
          <w:b/>
        </w:rPr>
        <w:t xml:space="preserve">B) </w:t>
      </w:r>
      <w:proofErr w:type="spellStart"/>
      <w:r w:rsidRPr="00BA1683">
        <w:rPr>
          <w:rFonts w:ascii="Garamond" w:hAnsi="Garamond"/>
          <w:b/>
        </w:rPr>
        <w:t>Requisiti</w:t>
      </w:r>
      <w:proofErr w:type="spellEnd"/>
      <w:r w:rsidRPr="00BA1683">
        <w:rPr>
          <w:rFonts w:ascii="Garamond" w:hAnsi="Garamond"/>
          <w:b/>
        </w:rPr>
        <w:t xml:space="preserve"> </w:t>
      </w:r>
      <w:proofErr w:type="spellStart"/>
      <w:r w:rsidRPr="00BA1683">
        <w:rPr>
          <w:rFonts w:ascii="Garamond" w:hAnsi="Garamond"/>
          <w:b/>
        </w:rPr>
        <w:t>Morali</w:t>
      </w:r>
      <w:proofErr w:type="spellEnd"/>
      <w:r w:rsidRPr="00BA1683">
        <w:rPr>
          <w:rFonts w:ascii="Garamond" w:hAnsi="Garamond"/>
          <w:b/>
        </w:rPr>
        <w:t xml:space="preserve"> e </w:t>
      </w:r>
      <w:proofErr w:type="spellStart"/>
      <w:r w:rsidRPr="00BA1683">
        <w:rPr>
          <w:rFonts w:ascii="Garamond" w:hAnsi="Garamond"/>
          <w:b/>
        </w:rPr>
        <w:t>Antimafia</w:t>
      </w:r>
      <w:proofErr w:type="spellEnd"/>
      <w:r w:rsidRPr="00BA1683">
        <w:rPr>
          <w:rFonts w:ascii="Garamond" w:hAnsi="Garamond"/>
          <w:b/>
        </w:rPr>
        <w:t>:</w:t>
      </w:r>
    </w:p>
    <w:p w:rsidR="00F11BA1" w:rsidRPr="00BA1683" w:rsidRDefault="006F588A">
      <w:pPr>
        <w:spacing w:after="120" w:line="288" w:lineRule="auto"/>
        <w:jc w:val="both"/>
        <w:rPr>
          <w:rFonts w:ascii="Garamond" w:hAnsi="Garamond"/>
        </w:rPr>
      </w:pPr>
      <w:r w:rsidRPr="00BA1683">
        <w:rPr>
          <w:rFonts w:ascii="Segoe UI Symbol" w:hAnsi="Segoe UI Symbol" w:cs="Segoe UI Symbol"/>
        </w:rPr>
        <w:t>☐</w:t>
      </w:r>
      <w:r w:rsidRPr="00BA1683">
        <w:rPr>
          <w:rFonts w:ascii="Garamond" w:hAnsi="Garamond"/>
        </w:rPr>
        <w:t xml:space="preserve"> Di </w:t>
      </w:r>
      <w:proofErr w:type="spellStart"/>
      <w:r w:rsidRPr="00BA1683">
        <w:rPr>
          <w:rFonts w:ascii="Garamond" w:hAnsi="Garamond"/>
        </w:rPr>
        <w:t>essere</w:t>
      </w:r>
      <w:proofErr w:type="spellEnd"/>
      <w:r w:rsidRPr="00BA1683">
        <w:rPr>
          <w:rFonts w:ascii="Garamond" w:hAnsi="Garamond"/>
        </w:rPr>
        <w:t xml:space="preserve"> in </w:t>
      </w:r>
      <w:proofErr w:type="spellStart"/>
      <w:r w:rsidRPr="00BA1683">
        <w:rPr>
          <w:rFonts w:ascii="Garamond" w:hAnsi="Garamond"/>
        </w:rPr>
        <w:t>possesso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dei</w:t>
      </w:r>
      <w:proofErr w:type="spellEnd"/>
      <w:r w:rsidRPr="00BA1683">
        <w:rPr>
          <w:rFonts w:ascii="Garamond" w:hAnsi="Garamond"/>
        </w:rPr>
        <w:t xml:space="preserve"> requisiti morali di onorabilità previsti dall'art. 71 del </w:t>
      </w:r>
      <w:proofErr w:type="gramStart"/>
      <w:r w:rsidRPr="00BA1683">
        <w:rPr>
          <w:rFonts w:ascii="Garamond" w:hAnsi="Garamond"/>
        </w:rPr>
        <w:t>D.Lgs</w:t>
      </w:r>
      <w:proofErr w:type="gramEnd"/>
      <w:r w:rsidRPr="00BA1683">
        <w:rPr>
          <w:rFonts w:ascii="Garamond" w:hAnsi="Garamond"/>
        </w:rPr>
        <w:t xml:space="preserve">. n. 59/2010 e </w:t>
      </w:r>
      <w:proofErr w:type="spellStart"/>
      <w:r w:rsidRPr="00BA1683">
        <w:rPr>
          <w:rFonts w:ascii="Garamond" w:hAnsi="Garamond"/>
        </w:rPr>
        <w:t>s.m.i</w:t>
      </w:r>
      <w:proofErr w:type="spellEnd"/>
      <w:r w:rsidRPr="00BA1683">
        <w:rPr>
          <w:rFonts w:ascii="Garamond" w:hAnsi="Garamond"/>
        </w:rPr>
        <w:t>.;</w:t>
      </w:r>
    </w:p>
    <w:p w:rsidR="00F11BA1" w:rsidRPr="00BA1683" w:rsidRDefault="006F588A">
      <w:pPr>
        <w:spacing w:after="120" w:line="288" w:lineRule="auto"/>
        <w:jc w:val="both"/>
        <w:rPr>
          <w:rFonts w:ascii="Garamond" w:hAnsi="Garamond"/>
        </w:rPr>
      </w:pPr>
      <w:r w:rsidRPr="00BA1683">
        <w:rPr>
          <w:rFonts w:ascii="Segoe UI Symbol" w:hAnsi="Segoe UI Symbol" w:cs="Segoe UI Symbol"/>
        </w:rPr>
        <w:t>☐</w:t>
      </w:r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Che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nei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propri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confronti</w:t>
      </w:r>
      <w:proofErr w:type="spellEnd"/>
      <w:r w:rsidRPr="00BA1683">
        <w:rPr>
          <w:rFonts w:ascii="Garamond" w:hAnsi="Garamond"/>
        </w:rPr>
        <w:t xml:space="preserve">, nonché dei soggetti di cui all'art. 85 del </w:t>
      </w:r>
      <w:proofErr w:type="gramStart"/>
      <w:r w:rsidRPr="00BA1683">
        <w:rPr>
          <w:rFonts w:ascii="Garamond" w:hAnsi="Garamond"/>
        </w:rPr>
        <w:t>D.Lgs</w:t>
      </w:r>
      <w:proofErr w:type="gramEnd"/>
      <w:r w:rsidRPr="00BA1683">
        <w:rPr>
          <w:rFonts w:ascii="Garamond" w:hAnsi="Garamond"/>
        </w:rPr>
        <w:t xml:space="preserve">. 159/2011 (se applicabile), non sussistono cause ostative, di decadenza, di </w:t>
      </w:r>
      <w:proofErr w:type="spellStart"/>
      <w:r w:rsidRPr="00BA1683">
        <w:rPr>
          <w:rFonts w:ascii="Garamond" w:hAnsi="Garamond"/>
        </w:rPr>
        <w:t>sospensione</w:t>
      </w:r>
      <w:proofErr w:type="spellEnd"/>
      <w:r w:rsidRPr="00BA1683">
        <w:rPr>
          <w:rFonts w:ascii="Garamond" w:hAnsi="Garamond"/>
        </w:rPr>
        <w:t xml:space="preserve"> o </w:t>
      </w:r>
      <w:proofErr w:type="spellStart"/>
      <w:r w:rsidRPr="00BA1683">
        <w:rPr>
          <w:rFonts w:ascii="Garamond" w:hAnsi="Garamond"/>
        </w:rPr>
        <w:t>divieto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previste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dalla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normativa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antimafia</w:t>
      </w:r>
      <w:proofErr w:type="spellEnd"/>
      <w:r w:rsidRPr="00BA1683">
        <w:rPr>
          <w:rFonts w:ascii="Garamond" w:hAnsi="Garamond"/>
        </w:rPr>
        <w:t>.</w:t>
      </w:r>
    </w:p>
    <w:p w:rsidR="00F11BA1" w:rsidRPr="00BA1683" w:rsidRDefault="006F588A">
      <w:pPr>
        <w:spacing w:after="120" w:line="288" w:lineRule="auto"/>
        <w:jc w:val="both"/>
        <w:rPr>
          <w:rFonts w:ascii="Garamond" w:hAnsi="Garamond"/>
          <w:b/>
        </w:rPr>
      </w:pPr>
      <w:r w:rsidRPr="00BA1683">
        <w:rPr>
          <w:rFonts w:ascii="Garamond" w:hAnsi="Garamond"/>
          <w:b/>
        </w:rPr>
        <w:t xml:space="preserve">C) </w:t>
      </w:r>
      <w:proofErr w:type="spellStart"/>
      <w:r w:rsidRPr="00BA1683">
        <w:rPr>
          <w:rFonts w:ascii="Garamond" w:hAnsi="Garamond"/>
          <w:b/>
        </w:rPr>
        <w:t>Attività</w:t>
      </w:r>
      <w:proofErr w:type="spellEnd"/>
      <w:r w:rsidRPr="00BA1683">
        <w:rPr>
          <w:rFonts w:ascii="Garamond" w:hAnsi="Garamond"/>
          <w:b/>
        </w:rPr>
        <w:t xml:space="preserve"> </w:t>
      </w:r>
      <w:proofErr w:type="spellStart"/>
      <w:r w:rsidRPr="00BA1683">
        <w:rPr>
          <w:rFonts w:ascii="Garamond" w:hAnsi="Garamond"/>
          <w:b/>
        </w:rPr>
        <w:t>Esercitata</w:t>
      </w:r>
      <w:proofErr w:type="spellEnd"/>
      <w:r w:rsidRPr="00BA1683">
        <w:rPr>
          <w:rFonts w:ascii="Garamond" w:hAnsi="Garamond"/>
          <w:b/>
        </w:rPr>
        <w:t xml:space="preserve"> e </w:t>
      </w:r>
      <w:proofErr w:type="spellStart"/>
      <w:r w:rsidRPr="00BA1683">
        <w:rPr>
          <w:rFonts w:ascii="Garamond" w:hAnsi="Garamond"/>
          <w:b/>
        </w:rPr>
        <w:t>Limiti</w:t>
      </w:r>
      <w:proofErr w:type="spellEnd"/>
      <w:r w:rsidRPr="00BA1683">
        <w:rPr>
          <w:rFonts w:ascii="Garamond" w:hAnsi="Garamond"/>
          <w:b/>
        </w:rPr>
        <w:t xml:space="preserve"> </w:t>
      </w:r>
      <w:proofErr w:type="spellStart"/>
      <w:r w:rsidRPr="00BA1683">
        <w:rPr>
          <w:rFonts w:ascii="Garamond" w:hAnsi="Garamond"/>
          <w:b/>
        </w:rPr>
        <w:t>Acustici</w:t>
      </w:r>
      <w:proofErr w:type="spellEnd"/>
      <w:r w:rsidRPr="00BA1683">
        <w:rPr>
          <w:rFonts w:ascii="Garamond" w:hAnsi="Garamond"/>
          <w:b/>
        </w:rPr>
        <w:t>:</w:t>
      </w:r>
    </w:p>
    <w:p w:rsidR="00573F3D" w:rsidRDefault="006F588A">
      <w:pPr>
        <w:spacing w:after="120" w:line="288" w:lineRule="auto"/>
        <w:jc w:val="both"/>
        <w:rPr>
          <w:rFonts w:ascii="Garamond" w:hAnsi="Garamond"/>
        </w:rPr>
      </w:pPr>
      <w:r w:rsidRPr="00BA1683">
        <w:rPr>
          <w:rFonts w:ascii="Segoe UI Symbol" w:hAnsi="Segoe UI Symbol" w:cs="Segoe UI Symbol"/>
        </w:rPr>
        <w:t>☐</w:t>
      </w:r>
      <w:r w:rsidRPr="00BA1683">
        <w:rPr>
          <w:rFonts w:ascii="Garamond" w:hAnsi="Garamond"/>
        </w:rPr>
        <w:t xml:space="preserve"> Che l'attività svolta nello stallo consisterà esclusivamente nella preparazione e somministrazione di alimenti e bevande (con espresso divieto di vendita di merci non </w:t>
      </w:r>
      <w:proofErr w:type="spellStart"/>
      <w:r w:rsidRPr="00BA1683">
        <w:rPr>
          <w:rFonts w:ascii="Garamond" w:hAnsi="Garamond"/>
        </w:rPr>
        <w:t>alimentari</w:t>
      </w:r>
      <w:proofErr w:type="spellEnd"/>
      <w:r w:rsidRPr="00BA1683">
        <w:rPr>
          <w:rFonts w:ascii="Garamond" w:hAnsi="Garamond"/>
        </w:rPr>
        <w:t>);</w:t>
      </w:r>
    </w:p>
    <w:p w:rsidR="00CF4205" w:rsidRPr="00BA1683" w:rsidRDefault="006F588A">
      <w:pPr>
        <w:spacing w:after="120" w:line="288" w:lineRule="auto"/>
        <w:jc w:val="both"/>
        <w:rPr>
          <w:rFonts w:ascii="Garamond" w:hAnsi="Garamond"/>
        </w:rPr>
      </w:pPr>
      <w:r w:rsidRPr="00BA1683">
        <w:rPr>
          <w:rFonts w:ascii="Segoe UI Symbol" w:hAnsi="Segoe UI Symbol" w:cs="Segoe UI Symbol"/>
        </w:rPr>
        <w:t>☐</w:t>
      </w:r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Che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l'eventuale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diffusione</w:t>
      </w:r>
      <w:proofErr w:type="spellEnd"/>
      <w:r w:rsidRPr="00BA1683">
        <w:rPr>
          <w:rFonts w:ascii="Garamond" w:hAnsi="Garamond"/>
        </w:rPr>
        <w:t xml:space="preserve"> </w:t>
      </w:r>
      <w:proofErr w:type="spellStart"/>
      <w:r w:rsidRPr="00BA1683">
        <w:rPr>
          <w:rFonts w:ascii="Garamond" w:hAnsi="Garamond"/>
        </w:rPr>
        <w:t>sonora</w:t>
      </w:r>
      <w:proofErr w:type="spellEnd"/>
      <w:r w:rsidRPr="00BA1683">
        <w:rPr>
          <w:rFonts w:ascii="Garamond" w:hAnsi="Garamond"/>
        </w:rPr>
        <w:t xml:space="preserve"> sar</w:t>
      </w:r>
      <w:r w:rsidRPr="00BA1683">
        <w:rPr>
          <w:rFonts w:ascii="Garamond" w:hAnsi="Garamond" w:cs="Garamond"/>
        </w:rPr>
        <w:t>à</w:t>
      </w:r>
      <w:r w:rsidRPr="00BA1683">
        <w:rPr>
          <w:rFonts w:ascii="Garamond" w:hAnsi="Garamond"/>
        </w:rPr>
        <w:t xml:space="preserve"> unicamente di sottofondo e funzionale all'attività, nel rispetto dei limiti di emissione acustica e senza organizzazione di spettacoli dal vivo, cover band o DJ set.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F4205" w:rsidRPr="00F11BA1">
        <w:trPr>
          <w:jc w:val="center"/>
        </w:trPr>
        <w:tc>
          <w:tcPr>
            <w:tcW w:w="9360" w:type="dxa"/>
            <w:shd w:val="clear" w:color="auto" w:fill="2B6CB0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F4205" w:rsidRPr="00F11BA1" w:rsidRDefault="006F588A">
            <w:pPr>
              <w:spacing w:after="0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color w:val="FFFFFF"/>
                <w:sz w:val="20"/>
              </w:rPr>
              <w:t>5. ELEMENTI AI FINI DELLA FORMAZIONE D</w:t>
            </w:r>
            <w:r w:rsidR="00AB4837">
              <w:rPr>
                <w:rFonts w:ascii="Garamond" w:hAnsi="Garamond"/>
                <w:b/>
                <w:color w:val="FFFFFF"/>
                <w:sz w:val="20"/>
              </w:rPr>
              <w:t>ELLA GRADUATORIA</w:t>
            </w:r>
          </w:p>
        </w:tc>
      </w:tr>
    </w:tbl>
    <w:p w:rsidR="00CF4205" w:rsidRPr="00F11BA1" w:rsidRDefault="00CF4205">
      <w:pPr>
        <w:spacing w:after="80"/>
        <w:rPr>
          <w:rFonts w:ascii="Garamond" w:hAnsi="Garamond"/>
        </w:rPr>
      </w:pPr>
    </w:p>
    <w:p w:rsidR="00CF4205" w:rsidRPr="009967F1" w:rsidRDefault="006F588A">
      <w:pPr>
        <w:spacing w:after="120"/>
        <w:rPr>
          <w:rFonts w:ascii="Garamond" w:hAnsi="Garamond"/>
        </w:rPr>
      </w:pPr>
      <w:r w:rsidRPr="009967F1">
        <w:rPr>
          <w:rFonts w:ascii="Garamond" w:hAnsi="Garamond"/>
        </w:rPr>
        <w:t xml:space="preserve">Il/La sottoscritto/a dichiara il possesso dei seguenti requisiti ed elementi di valutazione </w:t>
      </w:r>
      <w:r w:rsidRPr="00AB4837">
        <w:rPr>
          <w:rFonts w:ascii="Garamond" w:hAnsi="Garamond"/>
          <w:highlight w:val="yellow"/>
        </w:rPr>
        <w:t>(spuntare e compilare le voci d'interesse):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744"/>
        <w:gridCol w:w="3600"/>
      </w:tblGrid>
      <w:tr w:rsidR="00F1615A" w:rsidRPr="001115F1" w:rsidTr="00F1615A">
        <w:trPr>
          <w:jc w:val="center"/>
        </w:trPr>
        <w:tc>
          <w:tcPr>
            <w:tcW w:w="720" w:type="dxa"/>
            <w:shd w:val="clear" w:color="auto" w:fill="EDF2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b/>
                <w:sz w:val="20"/>
                <w:szCs w:val="20"/>
              </w:rPr>
              <w:t>N.</w:t>
            </w:r>
          </w:p>
        </w:tc>
        <w:tc>
          <w:tcPr>
            <w:tcW w:w="3744" w:type="dxa"/>
            <w:shd w:val="clear" w:color="auto" w:fill="EDF2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b/>
                <w:sz w:val="20"/>
                <w:szCs w:val="20"/>
              </w:rPr>
              <w:t>CRITERIO DI VALUTAZIONE E SELEZIONE</w:t>
            </w:r>
          </w:p>
        </w:tc>
        <w:tc>
          <w:tcPr>
            <w:tcW w:w="3600" w:type="dxa"/>
            <w:shd w:val="clear" w:color="auto" w:fill="EDF2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b/>
                <w:sz w:val="20"/>
                <w:szCs w:val="20"/>
              </w:rPr>
              <w:t>DICHIARAZIONE / VALORE DICHIARATO</w:t>
            </w:r>
          </w:p>
        </w:tc>
      </w:tr>
      <w:tr w:rsidR="00F1615A" w:rsidRPr="001115F1" w:rsidTr="00F1615A">
        <w:trPr>
          <w:jc w:val="center"/>
        </w:trPr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Stabilità occupazionale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(Personale dipendente/collaboratori stabili per almeno un triennio antecedente)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Dichiarati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n. ...... dipendenti/collaboratori stabili.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(Richiesta allegazione documentazione idonea)</w:t>
            </w:r>
          </w:p>
        </w:tc>
      </w:tr>
      <w:tr w:rsidR="00F1615A" w:rsidRPr="001115F1" w:rsidTr="00F1615A">
        <w:trPr>
          <w:jc w:val="center"/>
        </w:trPr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2.1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Anzianità iscrizione Registro Imprese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(Settore somministrazione alimenti e bevande)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266BEF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266BE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66BEF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="00F1615A" w:rsidRPr="001115F1">
              <w:rPr>
                <w:rFonts w:ascii="Garamond" w:hAnsi="Garamond"/>
                <w:sz w:val="20"/>
                <w:szCs w:val="20"/>
              </w:rPr>
              <w:t>Anni</w:t>
            </w:r>
            <w:proofErr w:type="spellEnd"/>
            <w:r w:rsidR="00F1615A"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="00F1615A" w:rsidRPr="001115F1">
              <w:rPr>
                <w:rFonts w:ascii="Garamond" w:hAnsi="Garamond"/>
                <w:sz w:val="20"/>
                <w:szCs w:val="20"/>
              </w:rPr>
              <w:t>complessivi</w:t>
            </w:r>
            <w:proofErr w:type="spellEnd"/>
            <w:r w:rsidR="00F1615A"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="00F1615A" w:rsidRPr="001115F1">
              <w:rPr>
                <w:rFonts w:ascii="Garamond" w:hAnsi="Garamond"/>
                <w:sz w:val="20"/>
                <w:szCs w:val="20"/>
              </w:rPr>
              <w:t>iscrizione</w:t>
            </w:r>
            <w:proofErr w:type="spellEnd"/>
            <w:r w:rsidR="00F1615A" w:rsidRPr="001115F1">
              <w:rPr>
                <w:rFonts w:ascii="Garamond" w:hAnsi="Garamond"/>
                <w:sz w:val="20"/>
                <w:szCs w:val="20"/>
              </w:rPr>
              <w:t>: n. ......</w:t>
            </w:r>
            <w:r w:rsidR="00F1615A" w:rsidRPr="001115F1">
              <w:rPr>
                <w:rFonts w:ascii="Garamond" w:hAnsi="Garamond"/>
                <w:sz w:val="20"/>
                <w:szCs w:val="20"/>
              </w:rPr>
              <w:br/>
              <w:t>Data iscrizione: ........................</w:t>
            </w:r>
          </w:p>
        </w:tc>
      </w:tr>
      <w:tr w:rsidR="00F1615A" w:rsidRPr="001115F1" w:rsidTr="00F1615A">
        <w:trPr>
          <w:jc w:val="center"/>
        </w:trPr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2.2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Partecipazione a precedenti edizioni della Sagra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(Storicità/presenza antecedente)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615A" w:rsidRPr="001115F1" w:rsidRDefault="00F1615A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115F1">
              <w:rPr>
                <w:rFonts w:ascii="Garamond" w:hAnsi="Garamond"/>
                <w:sz w:val="20"/>
                <w:szCs w:val="20"/>
              </w:rPr>
              <w:t xml:space="preserve"> Ha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partecipato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a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precedenti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edizioni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nelle seguenti annate: ........................</w:t>
            </w:r>
          </w:p>
        </w:tc>
      </w:tr>
      <w:tr w:rsidR="00D02EFB" w:rsidRPr="001115F1" w:rsidTr="00F1615A">
        <w:trPr>
          <w:jc w:val="center"/>
        </w:trPr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02EFB" w:rsidRPr="001115F1" w:rsidRDefault="00D02EFB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02EFB" w:rsidRPr="001115F1" w:rsidRDefault="00D02EF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Requisito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dimensionale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(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Microimpresa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):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Possesso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dei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requisiti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di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microimpresa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ex art. 2 D.M. 18/04/2005 (&lt;10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occupati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fatturato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115F1">
              <w:rPr>
                <w:rFonts w:ascii="Garamond" w:hAnsi="Garamond"/>
                <w:sz w:val="20"/>
                <w:szCs w:val="20"/>
              </w:rPr>
              <w:lastRenderedPageBreak/>
              <w:t xml:space="preserve">o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bilancio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≤ 2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mln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€).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02EFB" w:rsidRPr="001115F1" w:rsidRDefault="00D02EFB" w:rsidP="00C9308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☐</w:t>
            </w:r>
            <w:r w:rsidR="00C93082"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="00C93082" w:rsidRPr="001115F1">
              <w:rPr>
                <w:rFonts w:ascii="Garamond" w:hAnsi="Garamond"/>
                <w:sz w:val="20"/>
                <w:szCs w:val="20"/>
              </w:rPr>
              <w:t>Dichiarati</w:t>
            </w:r>
            <w:proofErr w:type="spellEnd"/>
            <w:r w:rsidR="00C93082" w:rsidRPr="001115F1">
              <w:rPr>
                <w:rFonts w:ascii="Garamond" w:hAnsi="Garamond"/>
                <w:sz w:val="20"/>
                <w:szCs w:val="20"/>
              </w:rPr>
              <w:t xml:space="preserve"> n. ......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Richiesta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allegazione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documentazione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lastRenderedPageBreak/>
              <w:t>idonea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>)</w:t>
            </w:r>
          </w:p>
        </w:tc>
      </w:tr>
      <w:tr w:rsidR="009759D2" w:rsidRPr="001115F1" w:rsidTr="00F1615A">
        <w:trPr>
          <w:jc w:val="center"/>
        </w:trPr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lastRenderedPageBreak/>
              <w:t>4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Prodotti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tipici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e di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qualità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: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offerta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di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prodotti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alimentari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o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artigianali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la cui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produzione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o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manifattura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è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allocata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nel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territorio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regionale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(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obbligo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≥ 50%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della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merce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>).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Dichiarati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n. ......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Richiesta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allegazione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documentazione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idonea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>)</w:t>
            </w:r>
          </w:p>
        </w:tc>
      </w:tr>
      <w:tr w:rsidR="009759D2" w:rsidRPr="001115F1" w:rsidTr="00F1615A">
        <w:trPr>
          <w:jc w:val="center"/>
        </w:trPr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Sostenibilità ambientale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(Veicoli/attrezzature Euro 6, ibridi o elettrici)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Utilizzo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veicoli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>/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attrezzature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a basso impatto.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(Richiesta allegazione documentazione idonea)</w:t>
            </w:r>
          </w:p>
        </w:tc>
      </w:tr>
      <w:tr w:rsidR="009759D2" w:rsidRPr="001115F1" w:rsidTr="00F1615A">
        <w:trPr>
          <w:jc w:val="center"/>
        </w:trPr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Formazione professionale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(Corsi sicurezza alimentare, normative, ecc.)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Partecipazione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a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corsi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del personale.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(Richiesta allegazione documentazione idonea)</w:t>
            </w:r>
          </w:p>
        </w:tc>
      </w:tr>
      <w:tr w:rsidR="009759D2" w:rsidRPr="001115F1" w:rsidTr="00F1615A">
        <w:trPr>
          <w:jc w:val="center"/>
        </w:trPr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Garamond" w:hAnsi="Garamond"/>
                <w:sz w:val="20"/>
                <w:szCs w:val="20"/>
              </w:rPr>
              <w:t>Allestimento coerente con scenografia tradizionale/rurale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(Obbligo accordo preventivo con Museo Civiltà Contadina)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759D2" w:rsidRPr="001115F1" w:rsidRDefault="009759D2" w:rsidP="009759D2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1115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115F1">
              <w:rPr>
                <w:rFonts w:ascii="Garamond" w:hAnsi="Garamond"/>
                <w:sz w:val="20"/>
                <w:szCs w:val="20"/>
              </w:rPr>
              <w:t xml:space="preserve"> Si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impegna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a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realizzare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115F1">
              <w:rPr>
                <w:rFonts w:ascii="Garamond" w:hAnsi="Garamond"/>
                <w:sz w:val="20"/>
                <w:szCs w:val="20"/>
              </w:rPr>
              <w:t>l'allestimento</w:t>
            </w:r>
            <w:proofErr w:type="spellEnd"/>
            <w:r w:rsidRPr="001115F1">
              <w:rPr>
                <w:rFonts w:ascii="Garamond" w:hAnsi="Garamond"/>
                <w:sz w:val="20"/>
                <w:szCs w:val="20"/>
              </w:rPr>
              <w:t xml:space="preserve"> coerente.</w:t>
            </w:r>
            <w:r w:rsidRPr="001115F1">
              <w:rPr>
                <w:rFonts w:ascii="Garamond" w:hAnsi="Garamond"/>
                <w:sz w:val="20"/>
                <w:szCs w:val="20"/>
              </w:rPr>
              <w:br/>
              <w:t>(Richiesta allegazione relazione/progetto)</w:t>
            </w:r>
          </w:p>
        </w:tc>
      </w:tr>
    </w:tbl>
    <w:p w:rsidR="00CF4205" w:rsidRPr="00F11BA1" w:rsidRDefault="00CF4205">
      <w:pPr>
        <w:spacing w:after="120"/>
        <w:rPr>
          <w:rFonts w:ascii="Garamond" w:hAnsi="Garamond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F4205" w:rsidRPr="00F11BA1">
        <w:trPr>
          <w:jc w:val="center"/>
        </w:trPr>
        <w:tc>
          <w:tcPr>
            <w:tcW w:w="9360" w:type="dxa"/>
            <w:shd w:val="clear" w:color="auto" w:fill="2B6CB0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F4205" w:rsidRPr="00F11BA1" w:rsidRDefault="006F588A">
            <w:pPr>
              <w:spacing w:after="0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color w:val="FFFFFF"/>
                <w:sz w:val="20"/>
              </w:rPr>
              <w:t>6. ACCETTAZIONE PRESCRIZIONI, TARIFFA E CONDIZIONI DI GARA</w:t>
            </w:r>
          </w:p>
        </w:tc>
      </w:tr>
    </w:tbl>
    <w:p w:rsidR="00CF4205" w:rsidRPr="00F11BA1" w:rsidRDefault="00CF4205">
      <w:pPr>
        <w:spacing w:after="80"/>
        <w:rPr>
          <w:rFonts w:ascii="Garamond" w:hAnsi="Garamond"/>
        </w:rPr>
      </w:pPr>
    </w:p>
    <w:p w:rsidR="00304F56" w:rsidRPr="009967F1" w:rsidRDefault="006F588A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Garamond" w:hAnsi="Garamond"/>
        </w:rPr>
        <w:t>Il/La sottoscritto/a dichiara di aver preso visione e di accettare integralmente e senza riserva alcuna:</w:t>
      </w:r>
      <w:r w:rsidRPr="009967F1">
        <w:rPr>
          <w:rFonts w:ascii="Garamond" w:hAnsi="Garamond"/>
        </w:rPr>
        <w:br/>
        <w:t>1. Tutte le condizioni, prescrizioni e clausole contenute nel Bando di Gara e nel Regolamento Comu</w:t>
      </w:r>
      <w:r w:rsidR="00304F56" w:rsidRPr="009967F1">
        <w:rPr>
          <w:rFonts w:ascii="Garamond" w:hAnsi="Garamond"/>
        </w:rPr>
        <w:t>nale Sagre (D.C.C. n. 53/2016).</w:t>
      </w:r>
    </w:p>
    <w:p w:rsidR="00304F56" w:rsidRPr="009967F1" w:rsidRDefault="006F588A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Garamond" w:hAnsi="Garamond"/>
        </w:rPr>
        <w:t>2. L'obbligo del versamento anticipato della tariffa</w:t>
      </w:r>
      <w:r w:rsidR="00BB1F1A">
        <w:rPr>
          <w:rFonts w:ascii="Garamond" w:hAnsi="Garamond"/>
        </w:rPr>
        <w:t xml:space="preserve"> di concessione pari ad Euro 1.5</w:t>
      </w:r>
      <w:bookmarkStart w:id="0" w:name="_GoBack"/>
      <w:bookmarkEnd w:id="0"/>
      <w:r w:rsidRPr="009967F1">
        <w:rPr>
          <w:rFonts w:ascii="Garamond" w:hAnsi="Garamond"/>
        </w:rPr>
        <w:t xml:space="preserve">00,00, quale condizione vincolante per il rilascio del </w:t>
      </w:r>
      <w:proofErr w:type="spellStart"/>
      <w:r w:rsidRPr="009967F1">
        <w:rPr>
          <w:rFonts w:ascii="Garamond" w:hAnsi="Garamond"/>
        </w:rPr>
        <w:t>titolo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concessori</w:t>
      </w:r>
      <w:r w:rsidR="00304F56" w:rsidRPr="009967F1">
        <w:rPr>
          <w:rFonts w:ascii="Garamond" w:hAnsi="Garamond"/>
        </w:rPr>
        <w:t>o</w:t>
      </w:r>
      <w:proofErr w:type="spellEnd"/>
      <w:r w:rsidR="00304F56" w:rsidRPr="009967F1">
        <w:rPr>
          <w:rFonts w:ascii="Garamond" w:hAnsi="Garamond"/>
        </w:rPr>
        <w:t xml:space="preserve"> e </w:t>
      </w:r>
      <w:proofErr w:type="spellStart"/>
      <w:r w:rsidR="00304F56" w:rsidRPr="009967F1">
        <w:rPr>
          <w:rFonts w:ascii="Garamond" w:hAnsi="Garamond"/>
        </w:rPr>
        <w:t>l'occupazione</w:t>
      </w:r>
      <w:proofErr w:type="spellEnd"/>
      <w:r w:rsidR="00304F56" w:rsidRPr="009967F1">
        <w:rPr>
          <w:rFonts w:ascii="Garamond" w:hAnsi="Garamond"/>
        </w:rPr>
        <w:t xml:space="preserve"> </w:t>
      </w:r>
      <w:proofErr w:type="spellStart"/>
      <w:r w:rsidR="00304F56" w:rsidRPr="009967F1">
        <w:rPr>
          <w:rFonts w:ascii="Garamond" w:hAnsi="Garamond"/>
        </w:rPr>
        <w:t>dello</w:t>
      </w:r>
      <w:proofErr w:type="spellEnd"/>
      <w:r w:rsidR="00304F56" w:rsidRPr="009967F1">
        <w:rPr>
          <w:rFonts w:ascii="Garamond" w:hAnsi="Garamond"/>
        </w:rPr>
        <w:t xml:space="preserve"> </w:t>
      </w:r>
      <w:proofErr w:type="spellStart"/>
      <w:r w:rsidR="00304F56" w:rsidRPr="009967F1">
        <w:rPr>
          <w:rFonts w:ascii="Garamond" w:hAnsi="Garamond"/>
        </w:rPr>
        <w:t>stallo</w:t>
      </w:r>
      <w:proofErr w:type="spellEnd"/>
      <w:r w:rsidR="00304F56" w:rsidRPr="009967F1">
        <w:rPr>
          <w:rFonts w:ascii="Garamond" w:hAnsi="Garamond"/>
        </w:rPr>
        <w:t>.</w:t>
      </w:r>
    </w:p>
    <w:p w:rsidR="00304F56" w:rsidRPr="009967F1" w:rsidRDefault="006F588A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Garamond" w:hAnsi="Garamond"/>
        </w:rPr>
        <w:t>3. L'obbligo di concordare preventivamente con il Museo della Civiltà Contadina dettagli e linee guida per l'allestimento (qualora richiesto i</w:t>
      </w:r>
      <w:r w:rsidR="008015AF">
        <w:rPr>
          <w:rFonts w:ascii="Garamond" w:hAnsi="Garamond"/>
        </w:rPr>
        <w:t>l punteggio per il criterio n. 7</w:t>
      </w:r>
      <w:r w:rsidRPr="009967F1">
        <w:rPr>
          <w:rFonts w:ascii="Garamond" w:hAnsi="Garamond"/>
        </w:rPr>
        <w:t xml:space="preserve">), </w:t>
      </w:r>
      <w:proofErr w:type="spellStart"/>
      <w:r w:rsidRPr="009967F1">
        <w:rPr>
          <w:rFonts w:ascii="Garamond" w:hAnsi="Garamond"/>
        </w:rPr>
        <w:t>pena</w:t>
      </w:r>
      <w:proofErr w:type="spellEnd"/>
      <w:r w:rsidRPr="009967F1">
        <w:rPr>
          <w:rFonts w:ascii="Garamond" w:hAnsi="Garamond"/>
        </w:rPr>
        <w:t xml:space="preserve"> la </w:t>
      </w:r>
      <w:proofErr w:type="spellStart"/>
      <w:r w:rsidRPr="009967F1">
        <w:rPr>
          <w:rFonts w:ascii="Garamond" w:hAnsi="Garamond"/>
        </w:rPr>
        <w:t>revoca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dell'assegn</w:t>
      </w:r>
      <w:r w:rsidR="00304F56" w:rsidRPr="009967F1">
        <w:rPr>
          <w:rFonts w:ascii="Garamond" w:hAnsi="Garamond"/>
        </w:rPr>
        <w:t>azione</w:t>
      </w:r>
      <w:proofErr w:type="spellEnd"/>
      <w:r w:rsidR="00304F56" w:rsidRPr="009967F1">
        <w:rPr>
          <w:rFonts w:ascii="Garamond" w:hAnsi="Garamond"/>
        </w:rPr>
        <w:t>.</w:t>
      </w:r>
    </w:p>
    <w:p w:rsidR="00304F56" w:rsidRPr="009967F1" w:rsidRDefault="006F588A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Garamond" w:hAnsi="Garamond"/>
        </w:rPr>
        <w:t xml:space="preserve">4. Il divieto assoluto di sub-concessione, </w:t>
      </w:r>
      <w:proofErr w:type="spellStart"/>
      <w:r w:rsidRPr="009967F1">
        <w:rPr>
          <w:rFonts w:ascii="Garamond" w:hAnsi="Garamond"/>
        </w:rPr>
        <w:t>cessione</w:t>
      </w:r>
      <w:proofErr w:type="spellEnd"/>
      <w:r w:rsidRPr="009967F1">
        <w:rPr>
          <w:rFonts w:ascii="Garamond" w:hAnsi="Garamond"/>
        </w:rPr>
        <w:t xml:space="preserve"> o </w:t>
      </w:r>
      <w:proofErr w:type="spellStart"/>
      <w:r w:rsidRPr="009967F1">
        <w:rPr>
          <w:rFonts w:ascii="Garamond" w:hAnsi="Garamond"/>
        </w:rPr>
        <w:t>con</w:t>
      </w:r>
      <w:r w:rsidR="00304F56" w:rsidRPr="009967F1">
        <w:rPr>
          <w:rFonts w:ascii="Garamond" w:hAnsi="Garamond"/>
        </w:rPr>
        <w:t>divisione</w:t>
      </w:r>
      <w:proofErr w:type="spellEnd"/>
      <w:r w:rsidR="00304F56" w:rsidRPr="009967F1">
        <w:rPr>
          <w:rFonts w:ascii="Garamond" w:hAnsi="Garamond"/>
        </w:rPr>
        <w:t xml:space="preserve"> </w:t>
      </w:r>
      <w:proofErr w:type="spellStart"/>
      <w:r w:rsidR="00304F56" w:rsidRPr="009967F1">
        <w:rPr>
          <w:rFonts w:ascii="Garamond" w:hAnsi="Garamond"/>
        </w:rPr>
        <w:t>dello</w:t>
      </w:r>
      <w:proofErr w:type="spellEnd"/>
      <w:r w:rsidR="00304F56" w:rsidRPr="009967F1">
        <w:rPr>
          <w:rFonts w:ascii="Garamond" w:hAnsi="Garamond"/>
        </w:rPr>
        <w:t xml:space="preserve"> </w:t>
      </w:r>
      <w:proofErr w:type="spellStart"/>
      <w:r w:rsidR="00304F56" w:rsidRPr="009967F1">
        <w:rPr>
          <w:rFonts w:ascii="Garamond" w:hAnsi="Garamond"/>
        </w:rPr>
        <w:t>stallo</w:t>
      </w:r>
      <w:proofErr w:type="spellEnd"/>
      <w:r w:rsidR="00304F56" w:rsidRPr="009967F1">
        <w:rPr>
          <w:rFonts w:ascii="Garamond" w:hAnsi="Garamond"/>
        </w:rPr>
        <w:t xml:space="preserve"> a </w:t>
      </w:r>
      <w:proofErr w:type="spellStart"/>
      <w:r w:rsidR="00304F56" w:rsidRPr="009967F1">
        <w:rPr>
          <w:rFonts w:ascii="Garamond" w:hAnsi="Garamond"/>
        </w:rPr>
        <w:t>terzi</w:t>
      </w:r>
      <w:proofErr w:type="spellEnd"/>
      <w:r w:rsidR="00304F56" w:rsidRPr="009967F1">
        <w:rPr>
          <w:rFonts w:ascii="Garamond" w:hAnsi="Garamond"/>
        </w:rPr>
        <w:t>.</w:t>
      </w:r>
    </w:p>
    <w:p w:rsidR="00CF4205" w:rsidRPr="009967F1" w:rsidRDefault="006F588A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Garamond" w:hAnsi="Garamond"/>
        </w:rPr>
        <w:t>5. Le norme di sicurezza, allacciamento elettrico/idrico esclusivamente predisposti dal Comune (divieto generatori non a norma) e l'obbligo di ripristino/pulizia dell'area.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F4205" w:rsidRPr="00F11BA1">
        <w:trPr>
          <w:jc w:val="center"/>
        </w:trPr>
        <w:tc>
          <w:tcPr>
            <w:tcW w:w="9360" w:type="dxa"/>
            <w:shd w:val="clear" w:color="auto" w:fill="2B6CB0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F4205" w:rsidRPr="00F11BA1" w:rsidRDefault="006F588A">
            <w:pPr>
              <w:spacing w:after="0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color w:val="FFFFFF"/>
                <w:sz w:val="20"/>
              </w:rPr>
              <w:t>7. ELENCO ALLEGATI ALLA DOMANDA</w:t>
            </w:r>
          </w:p>
        </w:tc>
      </w:tr>
    </w:tbl>
    <w:p w:rsidR="00CF4205" w:rsidRPr="000B7F35" w:rsidRDefault="00CF4205" w:rsidP="000B7F35">
      <w:pPr>
        <w:spacing w:after="80"/>
        <w:jc w:val="both"/>
        <w:rPr>
          <w:rFonts w:ascii="Garamond" w:hAnsi="Garamond"/>
          <w:sz w:val="20"/>
          <w:szCs w:val="20"/>
        </w:rPr>
      </w:pPr>
    </w:p>
    <w:p w:rsidR="000B7F35" w:rsidRPr="009967F1" w:rsidRDefault="006F588A" w:rsidP="000B7F35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Segoe UI Symbol" w:hAnsi="Segoe UI Symbol" w:cs="Segoe UI Symbol"/>
        </w:rPr>
        <w:t>☐</w:t>
      </w:r>
      <w:r w:rsidR="000B7F35"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Copia</w:t>
      </w:r>
      <w:proofErr w:type="spellEnd"/>
      <w:r w:rsidRPr="009967F1">
        <w:rPr>
          <w:rFonts w:ascii="Garamond" w:hAnsi="Garamond"/>
        </w:rPr>
        <w:t xml:space="preserve"> del </w:t>
      </w:r>
      <w:proofErr w:type="spellStart"/>
      <w:r w:rsidRPr="009967F1">
        <w:rPr>
          <w:rFonts w:ascii="Garamond" w:hAnsi="Garamond"/>
        </w:rPr>
        <w:t>documento</w:t>
      </w:r>
      <w:proofErr w:type="spellEnd"/>
      <w:r w:rsidRPr="009967F1">
        <w:rPr>
          <w:rFonts w:ascii="Garamond" w:hAnsi="Garamond"/>
        </w:rPr>
        <w:t xml:space="preserve"> di identità in </w:t>
      </w:r>
      <w:proofErr w:type="spellStart"/>
      <w:r w:rsidRPr="009967F1">
        <w:rPr>
          <w:rFonts w:ascii="Garamond" w:hAnsi="Garamond"/>
        </w:rPr>
        <w:t>corso</w:t>
      </w:r>
      <w:proofErr w:type="spellEnd"/>
      <w:r w:rsidRPr="009967F1">
        <w:rPr>
          <w:rFonts w:ascii="Garamond" w:hAnsi="Garamond"/>
        </w:rPr>
        <w:t xml:space="preserve"> di </w:t>
      </w:r>
      <w:proofErr w:type="spellStart"/>
      <w:r w:rsidRPr="009967F1">
        <w:rPr>
          <w:rFonts w:ascii="Garamond" w:hAnsi="Garamond"/>
        </w:rPr>
        <w:t>validità</w:t>
      </w:r>
      <w:proofErr w:type="spellEnd"/>
      <w:r w:rsidRPr="009967F1">
        <w:rPr>
          <w:rFonts w:ascii="Garamond" w:hAnsi="Garamond"/>
        </w:rPr>
        <w:t xml:space="preserve"> del </w:t>
      </w:r>
      <w:proofErr w:type="spellStart"/>
      <w:r w:rsidRPr="009967F1">
        <w:rPr>
          <w:rFonts w:ascii="Garamond" w:hAnsi="Garamond"/>
        </w:rPr>
        <w:t>sottoscrittore</w:t>
      </w:r>
      <w:proofErr w:type="spellEnd"/>
      <w:r w:rsidRPr="009967F1">
        <w:rPr>
          <w:rFonts w:ascii="Garamond" w:hAnsi="Garamond"/>
        </w:rPr>
        <w:t>.</w:t>
      </w:r>
    </w:p>
    <w:p w:rsidR="000B7F35" w:rsidRPr="009967F1" w:rsidRDefault="006F588A" w:rsidP="000B7F35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Segoe UI Symbol" w:hAnsi="Segoe UI Symbol" w:cs="Segoe UI Symbol"/>
        </w:rPr>
        <w:t>☐</w:t>
      </w:r>
      <w:r w:rsidR="000B7F35" w:rsidRPr="009967F1">
        <w:rPr>
          <w:rFonts w:ascii="Garamond" w:hAnsi="Garamond"/>
        </w:rPr>
        <w:t xml:space="preserve"> </w:t>
      </w:r>
      <w:r w:rsidR="006E0166" w:rsidRPr="009967F1">
        <w:rPr>
          <w:rFonts w:ascii="Garamond" w:hAnsi="Garamond"/>
        </w:rPr>
        <w:t>(</w:t>
      </w:r>
      <w:proofErr w:type="spellStart"/>
      <w:r w:rsidR="006E0166" w:rsidRPr="009967F1">
        <w:rPr>
          <w:rFonts w:ascii="Garamond" w:hAnsi="Garamond"/>
        </w:rPr>
        <w:t>Eventuale</w:t>
      </w:r>
      <w:proofErr w:type="spellEnd"/>
      <w:r w:rsidR="006E0166" w:rsidRPr="009967F1">
        <w:rPr>
          <w:rFonts w:ascii="Garamond" w:hAnsi="Garamond"/>
        </w:rPr>
        <w:t xml:space="preserve">) </w:t>
      </w:r>
      <w:proofErr w:type="spellStart"/>
      <w:r w:rsidRPr="009967F1">
        <w:rPr>
          <w:rFonts w:ascii="Garamond" w:hAnsi="Garamond"/>
        </w:rPr>
        <w:t>Documentazione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idonea</w:t>
      </w:r>
      <w:proofErr w:type="spellEnd"/>
      <w:r w:rsidRPr="009967F1">
        <w:rPr>
          <w:rFonts w:ascii="Garamond" w:hAnsi="Garamond"/>
        </w:rPr>
        <w:t xml:space="preserve"> a </w:t>
      </w:r>
      <w:proofErr w:type="spellStart"/>
      <w:r w:rsidRPr="009967F1">
        <w:rPr>
          <w:rFonts w:ascii="Garamond" w:hAnsi="Garamond"/>
        </w:rPr>
        <w:t>comprovare</w:t>
      </w:r>
      <w:proofErr w:type="spellEnd"/>
      <w:r w:rsidRPr="009967F1">
        <w:rPr>
          <w:rFonts w:ascii="Garamond" w:hAnsi="Garamond"/>
        </w:rPr>
        <w:t xml:space="preserve"> la </w:t>
      </w:r>
      <w:proofErr w:type="spellStart"/>
      <w:r w:rsidRPr="009967F1">
        <w:rPr>
          <w:rFonts w:ascii="Garamond" w:hAnsi="Garamond"/>
        </w:rPr>
        <w:t>stabilità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occupazionale</w:t>
      </w:r>
      <w:proofErr w:type="spellEnd"/>
      <w:r w:rsidRPr="009967F1">
        <w:rPr>
          <w:rFonts w:ascii="Garamond" w:hAnsi="Garamond"/>
        </w:rPr>
        <w:t xml:space="preserve"> (Criterio </w:t>
      </w:r>
      <w:r w:rsidR="00E46E25">
        <w:rPr>
          <w:rFonts w:ascii="Garamond" w:hAnsi="Garamond"/>
        </w:rPr>
        <w:t xml:space="preserve">1 - es. UNILAV, </w:t>
      </w:r>
      <w:proofErr w:type="spellStart"/>
      <w:r w:rsidR="00E46E25">
        <w:rPr>
          <w:rFonts w:ascii="Garamond" w:hAnsi="Garamond"/>
        </w:rPr>
        <w:t>Registro</w:t>
      </w:r>
      <w:proofErr w:type="spellEnd"/>
      <w:r w:rsidR="00E46E25">
        <w:rPr>
          <w:rFonts w:ascii="Garamond" w:hAnsi="Garamond"/>
        </w:rPr>
        <w:t xml:space="preserve"> </w:t>
      </w:r>
      <w:proofErr w:type="spellStart"/>
      <w:r w:rsidR="00E46E25">
        <w:rPr>
          <w:rFonts w:ascii="Garamond" w:hAnsi="Garamond"/>
        </w:rPr>
        <w:t>Imprese</w:t>
      </w:r>
      <w:proofErr w:type="spellEnd"/>
      <w:r w:rsidRPr="009967F1">
        <w:rPr>
          <w:rFonts w:ascii="Garamond" w:hAnsi="Garamond"/>
        </w:rPr>
        <w:t>).</w:t>
      </w:r>
    </w:p>
    <w:p w:rsidR="000B7F35" w:rsidRPr="009967F1" w:rsidRDefault="00C27192" w:rsidP="000B7F35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Segoe UI Symbol" w:hAnsi="Segoe UI Symbol" w:cs="Segoe UI Symbol"/>
        </w:rPr>
        <w:t>☐</w:t>
      </w:r>
      <w:r w:rsidR="000B7F35" w:rsidRPr="009967F1">
        <w:rPr>
          <w:rFonts w:ascii="Garamond" w:hAnsi="Garamond"/>
        </w:rPr>
        <w:t xml:space="preserve"> </w:t>
      </w:r>
      <w:r w:rsidRPr="009967F1">
        <w:rPr>
          <w:rFonts w:ascii="Garamond" w:hAnsi="Garamond"/>
        </w:rPr>
        <w:t>(</w:t>
      </w:r>
      <w:proofErr w:type="spellStart"/>
      <w:r w:rsidRPr="009967F1">
        <w:rPr>
          <w:rFonts w:ascii="Garamond" w:hAnsi="Garamond"/>
        </w:rPr>
        <w:t>Eventuale</w:t>
      </w:r>
      <w:proofErr w:type="spellEnd"/>
      <w:r w:rsidRPr="009967F1">
        <w:rPr>
          <w:rFonts w:ascii="Garamond" w:hAnsi="Garamond"/>
        </w:rPr>
        <w:t xml:space="preserve">) </w:t>
      </w:r>
      <w:proofErr w:type="spellStart"/>
      <w:r w:rsidRPr="009967F1">
        <w:rPr>
          <w:rFonts w:ascii="Garamond" w:hAnsi="Garamond"/>
        </w:rPr>
        <w:t>Documentazione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idonea</w:t>
      </w:r>
      <w:proofErr w:type="spellEnd"/>
      <w:r w:rsidRPr="009967F1">
        <w:rPr>
          <w:rFonts w:ascii="Garamond" w:hAnsi="Garamond"/>
        </w:rPr>
        <w:t xml:space="preserve"> a </w:t>
      </w:r>
      <w:proofErr w:type="spellStart"/>
      <w:r w:rsidRPr="009967F1">
        <w:rPr>
          <w:rFonts w:ascii="Garamond" w:hAnsi="Garamond"/>
        </w:rPr>
        <w:t>comprovare</w:t>
      </w:r>
      <w:proofErr w:type="spellEnd"/>
      <w:r w:rsidRPr="009967F1">
        <w:rPr>
          <w:rFonts w:ascii="Garamond" w:hAnsi="Garamond"/>
        </w:rPr>
        <w:t xml:space="preserve"> la </w:t>
      </w:r>
      <w:proofErr w:type="spellStart"/>
      <w:r w:rsidRPr="009967F1">
        <w:rPr>
          <w:rFonts w:ascii="Garamond" w:hAnsi="Garamond"/>
        </w:rPr>
        <w:t>qualità</w:t>
      </w:r>
      <w:proofErr w:type="spellEnd"/>
      <w:r w:rsidRPr="009967F1">
        <w:rPr>
          <w:rFonts w:ascii="Garamond" w:hAnsi="Garamond"/>
        </w:rPr>
        <w:t xml:space="preserve"> di </w:t>
      </w:r>
      <w:proofErr w:type="spellStart"/>
      <w:r w:rsidRPr="009967F1">
        <w:rPr>
          <w:rFonts w:ascii="Garamond" w:hAnsi="Garamond"/>
        </w:rPr>
        <w:t>microimpresa</w:t>
      </w:r>
      <w:proofErr w:type="spellEnd"/>
      <w:r w:rsidRPr="009967F1">
        <w:rPr>
          <w:rFonts w:ascii="Garamond" w:hAnsi="Garamond"/>
        </w:rPr>
        <w:t xml:space="preserve"> (</w:t>
      </w:r>
      <w:proofErr w:type="spellStart"/>
      <w:r w:rsidRPr="009967F1">
        <w:rPr>
          <w:rFonts w:ascii="Garamond" w:hAnsi="Garamond"/>
        </w:rPr>
        <w:t>Criterio</w:t>
      </w:r>
      <w:proofErr w:type="spellEnd"/>
      <w:r w:rsidRPr="009967F1">
        <w:rPr>
          <w:rFonts w:ascii="Garamond" w:hAnsi="Garamond"/>
        </w:rPr>
        <w:t xml:space="preserve"> 3 - </w:t>
      </w:r>
      <w:proofErr w:type="spellStart"/>
      <w:r w:rsidRPr="009967F1">
        <w:rPr>
          <w:rFonts w:ascii="Garamond" w:hAnsi="Garamond"/>
        </w:rPr>
        <w:t>es</w:t>
      </w:r>
      <w:proofErr w:type="spellEnd"/>
      <w:r w:rsidRPr="009967F1">
        <w:rPr>
          <w:rFonts w:ascii="Garamond" w:hAnsi="Garamond"/>
        </w:rPr>
        <w:t xml:space="preserve">. </w:t>
      </w:r>
      <w:proofErr w:type="spellStart"/>
      <w:r w:rsidRPr="009967F1">
        <w:rPr>
          <w:rFonts w:ascii="Garamond" w:hAnsi="Garamond"/>
        </w:rPr>
        <w:t>bilanci</w:t>
      </w:r>
      <w:proofErr w:type="spellEnd"/>
      <w:r w:rsidRPr="009967F1">
        <w:rPr>
          <w:rFonts w:ascii="Garamond" w:hAnsi="Garamond"/>
        </w:rPr>
        <w:t xml:space="preserve">, </w:t>
      </w:r>
      <w:proofErr w:type="spellStart"/>
      <w:r w:rsidRPr="009967F1">
        <w:rPr>
          <w:rFonts w:ascii="Garamond" w:hAnsi="Garamond"/>
        </w:rPr>
        <w:t>scritture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contabili</w:t>
      </w:r>
      <w:proofErr w:type="spellEnd"/>
      <w:r w:rsidRPr="009967F1">
        <w:rPr>
          <w:rFonts w:ascii="Garamond" w:hAnsi="Garamond"/>
        </w:rPr>
        <w:t xml:space="preserve">, </w:t>
      </w:r>
      <w:proofErr w:type="spellStart"/>
      <w:r w:rsidRPr="009967F1">
        <w:rPr>
          <w:rFonts w:ascii="Garamond" w:hAnsi="Garamond"/>
        </w:rPr>
        <w:t>visura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registro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delle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imprese</w:t>
      </w:r>
      <w:proofErr w:type="spellEnd"/>
      <w:r w:rsidRPr="009967F1">
        <w:rPr>
          <w:rFonts w:ascii="Garamond" w:hAnsi="Garamond"/>
        </w:rPr>
        <w:t>).</w:t>
      </w:r>
    </w:p>
    <w:p w:rsidR="000B7F35" w:rsidRPr="009967F1" w:rsidRDefault="005F53C3" w:rsidP="000B7F35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Segoe UI Symbol" w:hAnsi="Segoe UI Symbol" w:cs="Segoe UI Symbol"/>
        </w:rPr>
        <w:t>☐</w:t>
      </w:r>
      <w:r w:rsidR="000B7F35" w:rsidRPr="009967F1">
        <w:rPr>
          <w:rFonts w:ascii="Garamond" w:hAnsi="Garamond"/>
        </w:rPr>
        <w:t xml:space="preserve"> </w:t>
      </w:r>
      <w:r w:rsidRPr="009967F1">
        <w:rPr>
          <w:rFonts w:ascii="Garamond" w:hAnsi="Garamond"/>
        </w:rPr>
        <w:t>(</w:t>
      </w:r>
      <w:proofErr w:type="spellStart"/>
      <w:r w:rsidRPr="009967F1">
        <w:rPr>
          <w:rFonts w:ascii="Garamond" w:hAnsi="Garamond"/>
        </w:rPr>
        <w:t>Eventuale</w:t>
      </w:r>
      <w:proofErr w:type="spellEnd"/>
      <w:r w:rsidRPr="009967F1">
        <w:rPr>
          <w:rFonts w:ascii="Garamond" w:hAnsi="Garamond"/>
        </w:rPr>
        <w:t xml:space="preserve">) </w:t>
      </w:r>
      <w:proofErr w:type="spellStart"/>
      <w:r w:rsidRPr="009967F1">
        <w:rPr>
          <w:rFonts w:ascii="Garamond" w:hAnsi="Garamond"/>
        </w:rPr>
        <w:t>Documentazione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idonea</w:t>
      </w:r>
      <w:proofErr w:type="spellEnd"/>
      <w:r w:rsidRPr="009967F1">
        <w:rPr>
          <w:rFonts w:ascii="Garamond" w:hAnsi="Garamond"/>
        </w:rPr>
        <w:t xml:space="preserve"> a </w:t>
      </w:r>
      <w:proofErr w:type="spellStart"/>
      <w:r w:rsidRPr="009967F1">
        <w:rPr>
          <w:rFonts w:ascii="Garamond" w:hAnsi="Garamond"/>
        </w:rPr>
        <w:t>comprovare</w:t>
      </w:r>
      <w:proofErr w:type="spellEnd"/>
      <w:r w:rsidRPr="009967F1">
        <w:rPr>
          <w:rFonts w:ascii="Garamond" w:hAnsi="Garamond"/>
        </w:rPr>
        <w:t xml:space="preserve"> la </w:t>
      </w:r>
      <w:proofErr w:type="spellStart"/>
      <w:r w:rsidR="00612A4A" w:rsidRPr="009967F1">
        <w:rPr>
          <w:rFonts w:ascii="Garamond" w:hAnsi="Garamond"/>
        </w:rPr>
        <w:t>vendità</w:t>
      </w:r>
      <w:proofErr w:type="spellEnd"/>
      <w:r w:rsidR="00612A4A" w:rsidRPr="009967F1">
        <w:rPr>
          <w:rFonts w:ascii="Garamond" w:hAnsi="Garamond"/>
        </w:rPr>
        <w:t xml:space="preserve"> di </w:t>
      </w:r>
      <w:proofErr w:type="spellStart"/>
      <w:r w:rsidR="00612A4A" w:rsidRPr="009967F1">
        <w:rPr>
          <w:rFonts w:ascii="Garamond" w:hAnsi="Garamond"/>
        </w:rPr>
        <w:t>prodotti</w:t>
      </w:r>
      <w:proofErr w:type="spellEnd"/>
      <w:r w:rsidR="00612A4A" w:rsidRPr="009967F1">
        <w:rPr>
          <w:rFonts w:ascii="Garamond" w:hAnsi="Garamond"/>
        </w:rPr>
        <w:t xml:space="preserve"> </w:t>
      </w:r>
      <w:proofErr w:type="spellStart"/>
      <w:r w:rsidR="00612A4A" w:rsidRPr="009967F1">
        <w:rPr>
          <w:rFonts w:ascii="Garamond" w:hAnsi="Garamond"/>
        </w:rPr>
        <w:t>tipici</w:t>
      </w:r>
      <w:proofErr w:type="spellEnd"/>
      <w:r w:rsidRPr="009967F1">
        <w:rPr>
          <w:rFonts w:ascii="Garamond" w:hAnsi="Garamond"/>
        </w:rPr>
        <w:t xml:space="preserve"> (</w:t>
      </w:r>
      <w:proofErr w:type="spellStart"/>
      <w:r w:rsidRPr="009967F1">
        <w:rPr>
          <w:rFonts w:ascii="Garamond" w:hAnsi="Garamond"/>
        </w:rPr>
        <w:t>Criterio</w:t>
      </w:r>
      <w:proofErr w:type="spellEnd"/>
      <w:r w:rsidRPr="009967F1">
        <w:rPr>
          <w:rFonts w:ascii="Garamond" w:hAnsi="Garamond"/>
        </w:rPr>
        <w:t xml:space="preserve"> 4 </w:t>
      </w:r>
      <w:r w:rsidR="00612A4A" w:rsidRPr="009967F1">
        <w:rPr>
          <w:rFonts w:ascii="Garamond" w:hAnsi="Garamond"/>
        </w:rPr>
        <w:t xml:space="preserve">– </w:t>
      </w:r>
      <w:proofErr w:type="spellStart"/>
      <w:r w:rsidR="00612A4A" w:rsidRPr="009967F1">
        <w:rPr>
          <w:rFonts w:ascii="Garamond" w:hAnsi="Garamond"/>
        </w:rPr>
        <w:t>es</w:t>
      </w:r>
      <w:proofErr w:type="spellEnd"/>
      <w:r w:rsidR="00612A4A" w:rsidRPr="009967F1">
        <w:rPr>
          <w:rFonts w:ascii="Garamond" w:hAnsi="Garamond"/>
        </w:rPr>
        <w:t>.</w:t>
      </w:r>
      <w:r w:rsidRPr="009967F1">
        <w:rPr>
          <w:rFonts w:ascii="Garamond" w:hAnsi="Garamond"/>
        </w:rPr>
        <w:t xml:space="preserve"> </w:t>
      </w:r>
      <w:r w:rsidR="00612A4A" w:rsidRPr="009967F1">
        <w:rPr>
          <w:rFonts w:ascii="Garamond" w:hAnsi="Garamond"/>
          <w:lang w:val="it-IT"/>
        </w:rPr>
        <w:t xml:space="preserve">lista dei prodotti che verranno somministrati/venduti, specificando per ciascuno: nome del prodotto; produttore / laboratorio di trasformazione e relativo comune/provincia di sede indicazione della quota percentuale sul totale dell'offerta; oppure allegazione del menù </w:t>
      </w:r>
      <w:r w:rsidR="00295C8C" w:rsidRPr="009967F1">
        <w:rPr>
          <w:rFonts w:ascii="Garamond" w:hAnsi="Garamond"/>
          <w:lang w:val="it-IT"/>
        </w:rPr>
        <w:t>offerto dall’operatore</w:t>
      </w:r>
      <w:r w:rsidR="00612A4A" w:rsidRPr="009967F1">
        <w:rPr>
          <w:rFonts w:ascii="Garamond" w:hAnsi="Garamond"/>
          <w:lang w:val="it-IT"/>
        </w:rPr>
        <w:t>)</w:t>
      </w:r>
    </w:p>
    <w:p w:rsidR="000B7F35" w:rsidRPr="00DD311E" w:rsidRDefault="006F588A" w:rsidP="000B7F35">
      <w:pPr>
        <w:spacing w:after="120" w:line="288" w:lineRule="auto"/>
        <w:jc w:val="both"/>
        <w:rPr>
          <w:rFonts w:ascii="Garamond" w:hAnsi="Garamond"/>
        </w:rPr>
      </w:pPr>
      <w:r w:rsidRPr="009967F1">
        <w:rPr>
          <w:rFonts w:ascii="Segoe UI Symbol" w:hAnsi="Segoe UI Symbol" w:cs="Segoe UI Symbol"/>
        </w:rPr>
        <w:lastRenderedPageBreak/>
        <w:t>☐</w:t>
      </w:r>
      <w:r w:rsidR="000B7F35" w:rsidRPr="009967F1">
        <w:rPr>
          <w:rFonts w:ascii="Garamond" w:hAnsi="Garamond"/>
        </w:rPr>
        <w:t xml:space="preserve"> </w:t>
      </w:r>
      <w:r w:rsidR="006E0166" w:rsidRPr="009967F1">
        <w:rPr>
          <w:rFonts w:ascii="Garamond" w:hAnsi="Garamond"/>
        </w:rPr>
        <w:t>(</w:t>
      </w:r>
      <w:proofErr w:type="spellStart"/>
      <w:r w:rsidR="006E0166" w:rsidRPr="009967F1">
        <w:rPr>
          <w:rFonts w:ascii="Garamond" w:hAnsi="Garamond"/>
        </w:rPr>
        <w:t>Eventuale</w:t>
      </w:r>
      <w:proofErr w:type="spellEnd"/>
      <w:r w:rsidR="006E0166" w:rsidRPr="009967F1">
        <w:rPr>
          <w:rFonts w:ascii="Garamond" w:hAnsi="Garamond"/>
        </w:rPr>
        <w:t xml:space="preserve">) </w:t>
      </w:r>
      <w:proofErr w:type="spellStart"/>
      <w:r w:rsidRPr="009967F1">
        <w:rPr>
          <w:rFonts w:ascii="Garamond" w:hAnsi="Garamond"/>
        </w:rPr>
        <w:t>Documentazione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idonea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comprovante</w:t>
      </w:r>
      <w:proofErr w:type="spellEnd"/>
      <w:r w:rsidRPr="009967F1">
        <w:rPr>
          <w:rFonts w:ascii="Garamond" w:hAnsi="Garamond"/>
        </w:rPr>
        <w:t xml:space="preserve"> la </w:t>
      </w:r>
      <w:proofErr w:type="spellStart"/>
      <w:r w:rsidRPr="009967F1">
        <w:rPr>
          <w:rFonts w:ascii="Garamond" w:hAnsi="Garamond"/>
        </w:rPr>
        <w:t>sostenibilità</w:t>
      </w:r>
      <w:proofErr w:type="spellEnd"/>
      <w:r w:rsidRPr="009967F1">
        <w:rPr>
          <w:rFonts w:ascii="Garamond" w:hAnsi="Garamond"/>
        </w:rPr>
        <w:t xml:space="preserve"> </w:t>
      </w:r>
      <w:proofErr w:type="spellStart"/>
      <w:r w:rsidRPr="009967F1">
        <w:rPr>
          <w:rFonts w:ascii="Garamond" w:hAnsi="Garamond"/>
        </w:rPr>
        <w:t>ambientale</w:t>
      </w:r>
      <w:proofErr w:type="spellEnd"/>
      <w:r w:rsidRPr="009967F1">
        <w:rPr>
          <w:rFonts w:ascii="Garamond" w:hAnsi="Garamond"/>
        </w:rPr>
        <w:t xml:space="preserve"> di </w:t>
      </w:r>
      <w:proofErr w:type="spellStart"/>
      <w:r w:rsidR="007B1789" w:rsidRPr="009967F1">
        <w:rPr>
          <w:rFonts w:ascii="Garamond" w:hAnsi="Garamond"/>
        </w:rPr>
        <w:t>veicoli</w:t>
      </w:r>
      <w:proofErr w:type="spellEnd"/>
      <w:r w:rsidR="007B1789" w:rsidRPr="009967F1">
        <w:rPr>
          <w:rFonts w:ascii="Garamond" w:hAnsi="Garamond"/>
        </w:rPr>
        <w:t>/</w:t>
      </w:r>
      <w:proofErr w:type="spellStart"/>
      <w:r w:rsidR="007B1789" w:rsidRPr="009967F1">
        <w:rPr>
          <w:rFonts w:ascii="Garamond" w:hAnsi="Garamond"/>
        </w:rPr>
        <w:t>attrezzature</w:t>
      </w:r>
      <w:proofErr w:type="spellEnd"/>
      <w:r w:rsidR="007B1789" w:rsidRPr="009967F1">
        <w:rPr>
          <w:rFonts w:ascii="Garamond" w:hAnsi="Garamond"/>
        </w:rPr>
        <w:t xml:space="preserve"> (</w:t>
      </w:r>
      <w:proofErr w:type="spellStart"/>
      <w:r w:rsidR="007B1789" w:rsidRPr="009967F1">
        <w:rPr>
          <w:rFonts w:ascii="Garamond" w:hAnsi="Garamond"/>
        </w:rPr>
        <w:t>Criterio</w:t>
      </w:r>
      <w:proofErr w:type="spellEnd"/>
      <w:r w:rsidR="007B1789" w:rsidRPr="009967F1">
        <w:rPr>
          <w:rFonts w:ascii="Garamond" w:hAnsi="Garamond"/>
        </w:rPr>
        <w:t xml:space="preserve"> 5</w:t>
      </w:r>
      <w:r w:rsidRPr="009967F1">
        <w:rPr>
          <w:rFonts w:ascii="Garamond" w:hAnsi="Garamond"/>
        </w:rPr>
        <w:t xml:space="preserve"> - </w:t>
      </w:r>
      <w:proofErr w:type="spellStart"/>
      <w:r w:rsidRPr="00DD311E">
        <w:rPr>
          <w:rFonts w:ascii="Garamond" w:hAnsi="Garamond"/>
        </w:rPr>
        <w:t>es</w:t>
      </w:r>
      <w:proofErr w:type="spellEnd"/>
      <w:r w:rsidRPr="00DD311E">
        <w:rPr>
          <w:rFonts w:ascii="Garamond" w:hAnsi="Garamond"/>
        </w:rPr>
        <w:t>. lib</w:t>
      </w:r>
      <w:r w:rsidR="000B7F35" w:rsidRPr="00DD311E">
        <w:rPr>
          <w:rFonts w:ascii="Garamond" w:hAnsi="Garamond"/>
        </w:rPr>
        <w:t>retti Euro 6/</w:t>
      </w:r>
      <w:proofErr w:type="spellStart"/>
      <w:r w:rsidR="000B7F35" w:rsidRPr="00DD311E">
        <w:rPr>
          <w:rFonts w:ascii="Garamond" w:hAnsi="Garamond"/>
        </w:rPr>
        <w:t>ibrido</w:t>
      </w:r>
      <w:proofErr w:type="spellEnd"/>
      <w:r w:rsidR="000B7F35" w:rsidRPr="00DD311E">
        <w:rPr>
          <w:rFonts w:ascii="Garamond" w:hAnsi="Garamond"/>
        </w:rPr>
        <w:t>/</w:t>
      </w:r>
      <w:proofErr w:type="spellStart"/>
      <w:r w:rsidR="000B7F35" w:rsidRPr="00DD311E">
        <w:rPr>
          <w:rFonts w:ascii="Garamond" w:hAnsi="Garamond"/>
        </w:rPr>
        <w:t>elettrico</w:t>
      </w:r>
      <w:proofErr w:type="spellEnd"/>
      <w:r w:rsidR="000B7F35" w:rsidRPr="00DD311E">
        <w:rPr>
          <w:rFonts w:ascii="Garamond" w:hAnsi="Garamond"/>
        </w:rPr>
        <w:t>).</w:t>
      </w:r>
    </w:p>
    <w:p w:rsidR="000B7F35" w:rsidRPr="00DD311E" w:rsidRDefault="006F588A" w:rsidP="000B7F35">
      <w:pPr>
        <w:spacing w:after="120" w:line="288" w:lineRule="auto"/>
        <w:jc w:val="both"/>
        <w:rPr>
          <w:rFonts w:ascii="Garamond" w:hAnsi="Garamond"/>
        </w:rPr>
      </w:pPr>
      <w:r w:rsidRPr="00DD311E">
        <w:rPr>
          <w:rFonts w:ascii="Segoe UI Symbol" w:hAnsi="Segoe UI Symbol" w:cs="Segoe UI Symbol"/>
        </w:rPr>
        <w:t>☐</w:t>
      </w:r>
      <w:r w:rsidR="000B7F35" w:rsidRPr="00DD311E">
        <w:rPr>
          <w:rFonts w:ascii="Garamond" w:hAnsi="Garamond"/>
        </w:rPr>
        <w:t xml:space="preserve"> </w:t>
      </w:r>
      <w:r w:rsidR="006E0166" w:rsidRPr="00DD311E">
        <w:rPr>
          <w:rFonts w:ascii="Garamond" w:hAnsi="Garamond"/>
        </w:rPr>
        <w:t>(</w:t>
      </w:r>
      <w:proofErr w:type="spellStart"/>
      <w:r w:rsidR="006E0166" w:rsidRPr="00DD311E">
        <w:rPr>
          <w:rFonts w:ascii="Garamond" w:hAnsi="Garamond"/>
        </w:rPr>
        <w:t>Eventuale</w:t>
      </w:r>
      <w:proofErr w:type="spellEnd"/>
      <w:r w:rsidR="006E0166" w:rsidRPr="00DD311E">
        <w:rPr>
          <w:rFonts w:ascii="Garamond" w:hAnsi="Garamond"/>
        </w:rPr>
        <w:t xml:space="preserve">) </w:t>
      </w:r>
      <w:proofErr w:type="spellStart"/>
      <w:r w:rsidRPr="00DD311E">
        <w:rPr>
          <w:rFonts w:ascii="Garamond" w:hAnsi="Garamond"/>
        </w:rPr>
        <w:t>Attestati</w:t>
      </w:r>
      <w:proofErr w:type="spellEnd"/>
      <w:r w:rsidRPr="00DD311E">
        <w:rPr>
          <w:rFonts w:ascii="Garamond" w:hAnsi="Garamond"/>
        </w:rPr>
        <w:t xml:space="preserve"> di </w:t>
      </w:r>
      <w:proofErr w:type="spellStart"/>
      <w:r w:rsidRPr="00DD311E">
        <w:rPr>
          <w:rFonts w:ascii="Garamond" w:hAnsi="Garamond"/>
        </w:rPr>
        <w:t>formazione</w:t>
      </w:r>
      <w:proofErr w:type="spellEnd"/>
      <w:r w:rsidRPr="00DD311E">
        <w:rPr>
          <w:rFonts w:ascii="Garamond" w:hAnsi="Garamond"/>
        </w:rPr>
        <w:t xml:space="preserve"> </w:t>
      </w:r>
      <w:proofErr w:type="spellStart"/>
      <w:r w:rsidRPr="00DD311E">
        <w:rPr>
          <w:rFonts w:ascii="Garamond" w:hAnsi="Garamond"/>
        </w:rPr>
        <w:t>profess</w:t>
      </w:r>
      <w:r w:rsidR="007B1789" w:rsidRPr="00DD311E">
        <w:rPr>
          <w:rFonts w:ascii="Garamond" w:hAnsi="Garamond"/>
        </w:rPr>
        <w:t>ionale</w:t>
      </w:r>
      <w:proofErr w:type="spellEnd"/>
      <w:r w:rsidR="007B1789" w:rsidRPr="00DD311E">
        <w:rPr>
          <w:rFonts w:ascii="Garamond" w:hAnsi="Garamond"/>
        </w:rPr>
        <w:t xml:space="preserve"> del </w:t>
      </w:r>
      <w:proofErr w:type="spellStart"/>
      <w:r w:rsidR="007B1789" w:rsidRPr="00DD311E">
        <w:rPr>
          <w:rFonts w:ascii="Garamond" w:hAnsi="Garamond"/>
        </w:rPr>
        <w:t>personale</w:t>
      </w:r>
      <w:proofErr w:type="spellEnd"/>
      <w:r w:rsidR="007B1789" w:rsidRPr="00DD311E">
        <w:rPr>
          <w:rFonts w:ascii="Garamond" w:hAnsi="Garamond"/>
        </w:rPr>
        <w:t xml:space="preserve"> (</w:t>
      </w:r>
      <w:proofErr w:type="spellStart"/>
      <w:r w:rsidR="007B1789" w:rsidRPr="00DD311E">
        <w:rPr>
          <w:rFonts w:ascii="Garamond" w:hAnsi="Garamond"/>
        </w:rPr>
        <w:t>Criterio</w:t>
      </w:r>
      <w:proofErr w:type="spellEnd"/>
      <w:r w:rsidR="007B1789" w:rsidRPr="00DD311E">
        <w:rPr>
          <w:rFonts w:ascii="Garamond" w:hAnsi="Garamond"/>
        </w:rPr>
        <w:t xml:space="preserve"> 6</w:t>
      </w:r>
      <w:r w:rsidRPr="00DD311E">
        <w:rPr>
          <w:rFonts w:ascii="Garamond" w:hAnsi="Garamond"/>
        </w:rPr>
        <w:t xml:space="preserve"> - </w:t>
      </w:r>
      <w:proofErr w:type="spellStart"/>
      <w:r w:rsidRPr="00DD311E">
        <w:rPr>
          <w:rFonts w:ascii="Garamond" w:hAnsi="Garamond"/>
        </w:rPr>
        <w:t>es</w:t>
      </w:r>
      <w:proofErr w:type="spellEnd"/>
      <w:r w:rsidRPr="00DD311E">
        <w:rPr>
          <w:rFonts w:ascii="Garamond" w:hAnsi="Garamond"/>
        </w:rPr>
        <w:t>.</w:t>
      </w:r>
      <w:r w:rsidR="00F40442" w:rsidRPr="00DD311E">
        <w:rPr>
          <w:rFonts w:ascii="Garamond" w:hAnsi="Garamond"/>
        </w:rPr>
        <w:t xml:space="preserve"> HACCP, </w:t>
      </w:r>
      <w:proofErr w:type="spellStart"/>
      <w:r w:rsidR="00F40442" w:rsidRPr="00DD311E">
        <w:rPr>
          <w:rFonts w:ascii="Garamond" w:hAnsi="Garamond"/>
        </w:rPr>
        <w:t>sicurezza</w:t>
      </w:r>
      <w:proofErr w:type="spellEnd"/>
      <w:r w:rsidR="00F40442" w:rsidRPr="00DD311E">
        <w:rPr>
          <w:rFonts w:ascii="Garamond" w:hAnsi="Garamond"/>
        </w:rPr>
        <w:t xml:space="preserve"> </w:t>
      </w:r>
      <w:proofErr w:type="spellStart"/>
      <w:r w:rsidR="00F40442" w:rsidRPr="00DD311E">
        <w:rPr>
          <w:rFonts w:ascii="Garamond" w:hAnsi="Garamond"/>
        </w:rPr>
        <w:t>alimenti</w:t>
      </w:r>
      <w:proofErr w:type="spellEnd"/>
      <w:r w:rsidR="00F40442" w:rsidRPr="00DD311E">
        <w:rPr>
          <w:rFonts w:ascii="Garamond" w:hAnsi="Garamond"/>
        </w:rPr>
        <w:t>).</w:t>
      </w:r>
    </w:p>
    <w:p w:rsidR="00CF4205" w:rsidRPr="00DD311E" w:rsidRDefault="006F588A" w:rsidP="000B7F35">
      <w:pPr>
        <w:spacing w:after="120" w:line="288" w:lineRule="auto"/>
        <w:jc w:val="both"/>
        <w:rPr>
          <w:rFonts w:ascii="Garamond" w:hAnsi="Garamond"/>
        </w:rPr>
      </w:pPr>
      <w:r w:rsidRPr="00DD311E">
        <w:rPr>
          <w:rFonts w:ascii="Segoe UI Symbol" w:hAnsi="Segoe UI Symbol" w:cs="Segoe UI Symbol"/>
        </w:rPr>
        <w:t>☐</w:t>
      </w:r>
      <w:r w:rsidR="000B7F35" w:rsidRPr="00DD311E">
        <w:rPr>
          <w:rFonts w:ascii="Garamond" w:hAnsi="Garamond"/>
        </w:rPr>
        <w:t xml:space="preserve"> </w:t>
      </w:r>
      <w:r w:rsidRPr="00DD311E">
        <w:rPr>
          <w:rFonts w:ascii="Garamond" w:hAnsi="Garamond"/>
        </w:rPr>
        <w:t>(</w:t>
      </w:r>
      <w:proofErr w:type="spellStart"/>
      <w:r w:rsidRPr="00DD311E">
        <w:rPr>
          <w:rFonts w:ascii="Garamond" w:hAnsi="Garamond"/>
        </w:rPr>
        <w:t>Eventuale</w:t>
      </w:r>
      <w:proofErr w:type="spellEnd"/>
      <w:r w:rsidRPr="00DD311E">
        <w:rPr>
          <w:rFonts w:ascii="Garamond" w:hAnsi="Garamond"/>
        </w:rPr>
        <w:t xml:space="preserve">) </w:t>
      </w:r>
      <w:proofErr w:type="spellStart"/>
      <w:r w:rsidRPr="00DD311E">
        <w:rPr>
          <w:rFonts w:ascii="Garamond" w:hAnsi="Garamond"/>
        </w:rPr>
        <w:t>Atto</w:t>
      </w:r>
      <w:proofErr w:type="spellEnd"/>
      <w:r w:rsidRPr="00DD311E">
        <w:rPr>
          <w:rFonts w:ascii="Garamond" w:hAnsi="Garamond"/>
        </w:rPr>
        <w:t xml:space="preserve"> di </w:t>
      </w:r>
      <w:proofErr w:type="spellStart"/>
      <w:r w:rsidRPr="00DD311E">
        <w:rPr>
          <w:rFonts w:ascii="Garamond" w:hAnsi="Garamond"/>
        </w:rPr>
        <w:t>costituzione</w:t>
      </w:r>
      <w:proofErr w:type="spellEnd"/>
      <w:r w:rsidRPr="00DD311E">
        <w:rPr>
          <w:rFonts w:ascii="Garamond" w:hAnsi="Garamond"/>
        </w:rPr>
        <w:t xml:space="preserve"> / Mandato collettivo per Associazione Temporanea d'Imprese ed elenco mandanti.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F4205" w:rsidRPr="00F11BA1">
        <w:trPr>
          <w:jc w:val="center"/>
        </w:trPr>
        <w:tc>
          <w:tcPr>
            <w:tcW w:w="9360" w:type="dxa"/>
            <w:shd w:val="clear" w:color="auto" w:fill="2B6CB0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CF4205" w:rsidRPr="00F11BA1" w:rsidRDefault="006F588A">
            <w:pPr>
              <w:spacing w:after="0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color w:val="FFFFFF"/>
                <w:sz w:val="20"/>
              </w:rPr>
              <w:t>8. INFORMATIVA PRIVACY (Art. 13-14 Regolamento UE 2016/679 - GDPR)</w:t>
            </w:r>
          </w:p>
        </w:tc>
      </w:tr>
    </w:tbl>
    <w:p w:rsidR="00CF4205" w:rsidRPr="00DD311E" w:rsidRDefault="00CF4205">
      <w:pPr>
        <w:spacing w:after="80"/>
        <w:rPr>
          <w:rFonts w:ascii="Garamond" w:hAnsi="Garamond"/>
        </w:rPr>
      </w:pPr>
    </w:p>
    <w:p w:rsidR="00CF4205" w:rsidRPr="00DD311E" w:rsidRDefault="006F588A" w:rsidP="00E2013C">
      <w:pPr>
        <w:spacing w:after="120" w:line="288" w:lineRule="auto"/>
        <w:jc w:val="both"/>
        <w:rPr>
          <w:rFonts w:ascii="Garamond" w:hAnsi="Garamond"/>
        </w:rPr>
      </w:pPr>
      <w:r w:rsidRPr="00DD311E">
        <w:rPr>
          <w:rFonts w:ascii="Garamond" w:hAnsi="Garamond"/>
        </w:rPr>
        <w:t>I dati personali forniti saranno trattati dal Comune di Mairano (Titolare) esclusivamente per l'espletamento della procedura di selezione e la gestione della concessione, con modalità cartacee e informatiche, nel rispetto del Regolamento UE 2016/679. Il conferimento dei dati è obbligatorio ai fini della valutazione dell'istanza.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CF4205" w:rsidRPr="00F11BA1">
        <w:trPr>
          <w:jc w:val="center"/>
        </w:trPr>
        <w:tc>
          <w:tcPr>
            <w:tcW w:w="4680" w:type="dxa"/>
          </w:tcPr>
          <w:p w:rsidR="00DD311E" w:rsidRDefault="00DD311E">
            <w:pPr>
              <w:rPr>
                <w:rFonts w:ascii="Garamond" w:hAnsi="Garamond"/>
                <w:sz w:val="18"/>
              </w:rPr>
            </w:pPr>
          </w:p>
          <w:p w:rsidR="00DD311E" w:rsidRDefault="00DD311E">
            <w:pPr>
              <w:rPr>
                <w:rFonts w:ascii="Garamond" w:hAnsi="Garamond"/>
                <w:sz w:val="18"/>
              </w:rPr>
            </w:pPr>
          </w:p>
          <w:p w:rsidR="00DD311E" w:rsidRDefault="00DD311E">
            <w:pPr>
              <w:rPr>
                <w:rFonts w:ascii="Garamond" w:hAnsi="Garamond"/>
                <w:sz w:val="18"/>
              </w:rPr>
            </w:pPr>
          </w:p>
          <w:p w:rsidR="00CF4205" w:rsidRPr="00F11BA1" w:rsidRDefault="006F588A">
            <w:pPr>
              <w:rPr>
                <w:rFonts w:ascii="Garamond" w:hAnsi="Garamond"/>
              </w:rPr>
            </w:pPr>
            <w:proofErr w:type="spellStart"/>
            <w:r w:rsidRPr="00F11BA1">
              <w:rPr>
                <w:rFonts w:ascii="Garamond" w:hAnsi="Garamond"/>
                <w:sz w:val="18"/>
              </w:rPr>
              <w:t>Luogo</w:t>
            </w:r>
            <w:proofErr w:type="spellEnd"/>
            <w:r w:rsidRPr="00F11BA1">
              <w:rPr>
                <w:rFonts w:ascii="Garamond" w:hAnsi="Garamond"/>
                <w:sz w:val="18"/>
              </w:rPr>
              <w:t xml:space="preserve"> e Data:</w:t>
            </w:r>
            <w:r w:rsidRPr="00F11BA1">
              <w:rPr>
                <w:rFonts w:ascii="Garamond" w:hAnsi="Garamond"/>
                <w:sz w:val="18"/>
              </w:rPr>
              <w:br/>
            </w:r>
            <w:r w:rsidRPr="00F11BA1">
              <w:rPr>
                <w:rFonts w:ascii="Garamond" w:hAnsi="Garamond"/>
                <w:sz w:val="18"/>
              </w:rPr>
              <w:br/>
              <w:t>........................................................................</w:t>
            </w:r>
          </w:p>
        </w:tc>
        <w:tc>
          <w:tcPr>
            <w:tcW w:w="4680" w:type="dxa"/>
          </w:tcPr>
          <w:p w:rsidR="00DD311E" w:rsidRDefault="00DD311E">
            <w:pPr>
              <w:jc w:val="center"/>
              <w:rPr>
                <w:rFonts w:ascii="Garamond" w:hAnsi="Garamond"/>
                <w:b/>
                <w:sz w:val="18"/>
              </w:rPr>
            </w:pPr>
          </w:p>
          <w:p w:rsidR="00DD311E" w:rsidRDefault="00DD311E">
            <w:pPr>
              <w:jc w:val="center"/>
              <w:rPr>
                <w:rFonts w:ascii="Garamond" w:hAnsi="Garamond"/>
                <w:b/>
                <w:sz w:val="18"/>
              </w:rPr>
            </w:pPr>
          </w:p>
          <w:p w:rsidR="00CF4205" w:rsidRPr="00F11BA1" w:rsidRDefault="006F588A">
            <w:pPr>
              <w:jc w:val="center"/>
              <w:rPr>
                <w:rFonts w:ascii="Garamond" w:hAnsi="Garamond"/>
              </w:rPr>
            </w:pPr>
            <w:r w:rsidRPr="00F11BA1">
              <w:rPr>
                <w:rFonts w:ascii="Garamond" w:hAnsi="Garamond"/>
                <w:b/>
                <w:sz w:val="18"/>
              </w:rPr>
              <w:t xml:space="preserve">Firma del </w:t>
            </w:r>
            <w:proofErr w:type="spellStart"/>
            <w:r w:rsidRPr="00F11BA1">
              <w:rPr>
                <w:rFonts w:ascii="Garamond" w:hAnsi="Garamond"/>
                <w:b/>
                <w:sz w:val="18"/>
              </w:rPr>
              <w:t>Legale</w:t>
            </w:r>
            <w:proofErr w:type="spellEnd"/>
            <w:r w:rsidRPr="00F11BA1">
              <w:rPr>
                <w:rFonts w:ascii="Garamond" w:hAnsi="Garamond"/>
                <w:b/>
                <w:sz w:val="18"/>
              </w:rPr>
              <w:t xml:space="preserve"> </w:t>
            </w:r>
            <w:proofErr w:type="spellStart"/>
            <w:r w:rsidRPr="00F11BA1">
              <w:rPr>
                <w:rFonts w:ascii="Garamond" w:hAnsi="Garamond"/>
                <w:b/>
                <w:sz w:val="18"/>
              </w:rPr>
              <w:t>Rappresentante</w:t>
            </w:r>
            <w:proofErr w:type="spellEnd"/>
            <w:r w:rsidRPr="00F11BA1">
              <w:rPr>
                <w:rFonts w:ascii="Garamond" w:hAnsi="Garamond"/>
                <w:b/>
                <w:sz w:val="18"/>
              </w:rPr>
              <w:t xml:space="preserve"> / </w:t>
            </w:r>
            <w:proofErr w:type="spellStart"/>
            <w:r w:rsidRPr="00F11BA1">
              <w:rPr>
                <w:rFonts w:ascii="Garamond" w:hAnsi="Garamond"/>
                <w:b/>
                <w:sz w:val="18"/>
              </w:rPr>
              <w:t>Richiedente</w:t>
            </w:r>
            <w:proofErr w:type="spellEnd"/>
            <w:r w:rsidRPr="00F11BA1">
              <w:rPr>
                <w:rFonts w:ascii="Garamond" w:hAnsi="Garamond"/>
                <w:b/>
                <w:sz w:val="18"/>
              </w:rPr>
              <w:br/>
            </w:r>
            <w:r w:rsidRPr="00F11BA1">
              <w:rPr>
                <w:rFonts w:ascii="Garamond" w:hAnsi="Garamond"/>
                <w:i/>
                <w:sz w:val="15"/>
              </w:rPr>
              <w:t>(Firmato digitalmente o con firma autografa + copia documento)</w:t>
            </w:r>
            <w:r w:rsidRPr="00F11BA1">
              <w:rPr>
                <w:rFonts w:ascii="Garamond" w:hAnsi="Garamond"/>
                <w:i/>
                <w:sz w:val="15"/>
              </w:rPr>
              <w:br/>
            </w:r>
            <w:r w:rsidRPr="00F11BA1">
              <w:rPr>
                <w:rFonts w:ascii="Garamond" w:hAnsi="Garamond"/>
                <w:i/>
                <w:sz w:val="15"/>
              </w:rPr>
              <w:br/>
            </w:r>
            <w:r w:rsidRPr="00F11BA1">
              <w:rPr>
                <w:rFonts w:ascii="Garamond" w:hAnsi="Garamond"/>
                <w:sz w:val="18"/>
              </w:rPr>
              <w:t>........................................................................</w:t>
            </w:r>
          </w:p>
        </w:tc>
      </w:tr>
    </w:tbl>
    <w:p w:rsidR="006F588A" w:rsidRPr="00F11BA1" w:rsidRDefault="006F588A">
      <w:pPr>
        <w:rPr>
          <w:rFonts w:ascii="Garamond" w:hAnsi="Garamond"/>
        </w:rPr>
      </w:pPr>
    </w:p>
    <w:sectPr w:rsidR="006F588A" w:rsidRPr="00F11BA1" w:rsidSect="00034616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F03E06"/>
    <w:multiLevelType w:val="multilevel"/>
    <w:tmpl w:val="79A6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0EF7"/>
    <w:rsid w:val="0006063C"/>
    <w:rsid w:val="000B7F35"/>
    <w:rsid w:val="001115F1"/>
    <w:rsid w:val="0015074B"/>
    <w:rsid w:val="001B1413"/>
    <w:rsid w:val="00205773"/>
    <w:rsid w:val="00266BEF"/>
    <w:rsid w:val="00295C8C"/>
    <w:rsid w:val="0029639D"/>
    <w:rsid w:val="00304F56"/>
    <w:rsid w:val="00326F90"/>
    <w:rsid w:val="00573F3D"/>
    <w:rsid w:val="005B2F11"/>
    <w:rsid w:val="005F53C3"/>
    <w:rsid w:val="006041F4"/>
    <w:rsid w:val="00612A4A"/>
    <w:rsid w:val="006D6D98"/>
    <w:rsid w:val="006E0166"/>
    <w:rsid w:val="006F588A"/>
    <w:rsid w:val="007B1789"/>
    <w:rsid w:val="008015AF"/>
    <w:rsid w:val="00811E9A"/>
    <w:rsid w:val="008444F8"/>
    <w:rsid w:val="008938FA"/>
    <w:rsid w:val="008E337F"/>
    <w:rsid w:val="009759D2"/>
    <w:rsid w:val="009967F1"/>
    <w:rsid w:val="009A49F5"/>
    <w:rsid w:val="009F41E7"/>
    <w:rsid w:val="00A51A7F"/>
    <w:rsid w:val="00A6079D"/>
    <w:rsid w:val="00AA1D8D"/>
    <w:rsid w:val="00AB4837"/>
    <w:rsid w:val="00B47730"/>
    <w:rsid w:val="00BA1683"/>
    <w:rsid w:val="00BB1F1A"/>
    <w:rsid w:val="00BE16AF"/>
    <w:rsid w:val="00BF1BE1"/>
    <w:rsid w:val="00C27192"/>
    <w:rsid w:val="00C93082"/>
    <w:rsid w:val="00CB0664"/>
    <w:rsid w:val="00CF4205"/>
    <w:rsid w:val="00D02EFB"/>
    <w:rsid w:val="00DC7CC1"/>
    <w:rsid w:val="00DD311E"/>
    <w:rsid w:val="00E2013C"/>
    <w:rsid w:val="00E46E25"/>
    <w:rsid w:val="00F11BA1"/>
    <w:rsid w:val="00F1615A"/>
    <w:rsid w:val="00F404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43921"/>
  <w14:defaultImageDpi w14:val="300"/>
  <w15:docId w15:val="{72FB3998-D79E-4189-95BD-866F69EA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612A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5083E1-25BE-46BD-A28F-092A1021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1366</Words>
  <Characters>7789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ragioneria3</cp:lastModifiedBy>
  <cp:revision>42</cp:revision>
  <dcterms:created xsi:type="dcterms:W3CDTF">2013-12-23T23:15:00Z</dcterms:created>
  <dcterms:modified xsi:type="dcterms:W3CDTF">2026-08-24T10:02:00Z</dcterms:modified>
  <cp:category/>
</cp:coreProperties>
</file>